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</w:pPr>
      <w:r>
        <w:rPr>
          <w:rFonts w:ascii="Arial" w:hAnsi="Arial"/>
          <w:b/>
          <w:sz w:val="44"/>
          <w:color w:val="1B3A6B"/>
        </w:rPr>
        <w:t>INTELLIGENCE RESEARCH SUMMARY</w:t>
      </w:r>
    </w:p>
    <w:p>
      <w:pPr>
        <w:spacing w:before="0" w:after="70"/>
        <w:jc w:val="center"/>
        <w:pBdr>
          <w:bottom w:val="single" w:sz="6" w:space="4" w:color="C9A84C"/>
        </w:pBdr>
      </w:pPr>
      <w:r>
        <w:rPr>
          <w:rFonts w:ascii="Arial" w:hAnsi="Arial"/>
          <w:i/>
          <w:sz w:val="24"/>
          <w:color w:val="2E75B6"/>
        </w:rPr>
        <w:t>Risk Internet Research Summary</w:t>
      </w:r>
    </w:p>
    <w:p>
      <w:pPr>
        <w:spacing w:before="70" w:after="20"/>
        <w:jc w:val="center"/>
      </w:pPr>
      <w:r>
        <w:rPr>
          <w:rFonts w:ascii="Arial" w:hAnsi="Arial"/>
          <w:b/>
          <w:sz w:val="32"/>
          <w:color w:val="C0392B"/>
        </w:rPr>
        <w:t>Case Ref:  web_case_631</w:t>
      </w:r>
    </w:p>
    <w:p>
      <w:pPr>
        <w:spacing w:before="10" w:after="140"/>
        <w:jc w:val="center"/>
      </w:pPr>
      <w:r>
        <w:rPr>
          <w:rFonts w:ascii="Arial" w:hAnsi="Arial"/>
          <w:b w:val="0"/>
          <w:sz w:val="18"/>
          <w:color w:val="4A5568"/>
        </w:rPr>
        <w:t>July 13, 2026</w:t>
      </w:r>
      <w:r>
        <w:rPr>
          <w:rFonts w:ascii="Arial" w:hAnsi="Arial"/>
          <w:b w:val="0"/>
          <w:sz w:val="18"/>
          <w:color w:val="D0D7E3"/>
        </w:rPr>
        <w:t xml:space="preserve">   |   </w:t>
      </w:r>
      <w:r>
        <w:rPr>
          <w:rFonts w:ascii="Arial" w:hAnsi="Arial"/>
          <w:b/>
          <w:sz w:val="18"/>
          <w:color w:val="C0392B"/>
        </w:rPr>
        <w:t>CONFIDENTIAL</w:t>
      </w:r>
    </w:p>
    <w:p>
      <w:pPr>
        <w:spacing w:before="60" w:after="30"/>
        <w:jc w:val="left"/>
      </w:pPr>
      <w:r>
        <w:rPr>
          <w:rFonts w:ascii="Arial" w:hAnsi="Arial"/>
          <w:b/>
          <w:i w:val="0"/>
          <w:sz w:val="18"/>
          <w:color w:val="1B3A6B"/>
        </w:rPr>
        <w:t>Subjects Under Review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4560"/>
        <w:gridCol w:w="4560"/>
        <w:gridCol w:w="4560"/>
      </w:tblGrid>
      <w:tr>
        <w:tc>
          <w:tcPr>
            <w:tcW w:type="dxa" w:w="4560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ID</w:t>
            </w:r>
          </w:p>
        </w:tc>
        <w:tc>
          <w:tcPr>
            <w:tcW w:type="dxa" w:w="4560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61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Subject Name</w:t>
            </w:r>
          </w:p>
        </w:tc>
        <w:tc>
          <w:tcPr>
            <w:tcW w:type="dxa" w:w="4560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6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Type</w:t>
            </w:r>
          </w:p>
        </w:tc>
      </w:tr>
      <w:tr>
        <w:tc>
          <w:tcPr>
            <w:tcW w:type="dxa" w:w="4560"/>
            <w:tcW w:w="800" w:type="dxa"/>
            <w:shd w:val="clear" w:color="auto" w:fill="E8F4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0D47A1"/>
              </w:rPr>
              <w:t>A</w:t>
            </w:r>
          </w:p>
        </w:tc>
        <w:tc>
          <w:tcPr>
            <w:tcW w:type="dxa" w:w="4560"/>
            <w:tcW w:w="6120" w:type="dxa"/>
            <w:shd w:val="clear" w:color="auto" w:fill="E8F4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0D47A1"/>
              </w:rPr>
              <w:t>Jane Leonard</w:t>
            </w:r>
          </w:p>
        </w:tc>
        <w:tc>
          <w:tcPr>
            <w:tcW w:type="dxa" w:w="4560"/>
            <w:tcW w:w="4600" w:type="dxa"/>
            <w:shd w:val="clear" w:color="auto" w:fill="E8F4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  <w:color w:val="4A5568"/>
              </w:rPr>
              <w:t>Person</w:t>
            </w:r>
          </w:p>
        </w:tc>
      </w:tr>
      <w:tr>
        <w:tc>
          <w:tcPr>
            <w:tcW w:type="dxa" w:w="4560"/>
            <w:tcW w:w="800" w:type="dxa"/>
            <w:shd w:val="clear" w:color="auto" w:fill="FFF3E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E65C00"/>
              </w:rPr>
              <w:t>A_1</w:t>
            </w:r>
          </w:p>
        </w:tc>
        <w:tc>
          <w:tcPr>
            <w:tcW w:type="dxa" w:w="4560"/>
            <w:tcW w:w="6120" w:type="dxa"/>
            <w:shd w:val="clear" w:color="auto" w:fill="FFF3E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E65C00"/>
              </w:rPr>
              <w:t>Todd J. Leonard</w:t>
            </w:r>
          </w:p>
        </w:tc>
        <w:tc>
          <w:tcPr>
            <w:tcW w:type="dxa" w:w="4560"/>
            <w:tcW w:w="4600" w:type="dxa"/>
            <w:shd w:val="clear" w:color="auto" w:fill="FFF3E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  <w:color w:val="4A5568"/>
              </w:rPr>
              <w:t>Person</w:t>
            </w:r>
          </w:p>
        </w:tc>
      </w:tr>
      <w:tr>
        <w:tc>
          <w:tcPr>
            <w:tcW w:type="dxa" w:w="4560"/>
            <w:tcW w:w="800" w:type="dxa"/>
            <w:shd w:val="clear" w:color="auto" w:fill="E8F5E9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1B5E20"/>
              </w:rPr>
              <w:t>A_2</w:t>
            </w:r>
          </w:p>
        </w:tc>
        <w:tc>
          <w:tcPr>
            <w:tcW w:type="dxa" w:w="4560"/>
            <w:tcW w:w="6120" w:type="dxa"/>
            <w:shd w:val="clear" w:color="auto" w:fill="E8F5E9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1B5E20"/>
              </w:rPr>
              <w:t>Alvin R. Leonard</w:t>
            </w:r>
          </w:p>
        </w:tc>
        <w:tc>
          <w:tcPr>
            <w:tcW w:type="dxa" w:w="4560"/>
            <w:tcW w:w="4600" w:type="dxa"/>
            <w:shd w:val="clear" w:color="auto" w:fill="E8F5E9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  <w:color w:val="4A5568"/>
              </w:rPr>
              <w:t>Person</w:t>
            </w:r>
          </w:p>
        </w:tc>
      </w:tr>
      <w:tr>
        <w:tc>
          <w:tcPr>
            <w:tcW w:type="dxa" w:w="4560"/>
            <w:tcW w:w="800" w:type="dxa"/>
            <w:shd w:val="clear" w:color="auto" w:fill="FDE8E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B71C1C"/>
              </w:rPr>
              <w:t>A_3</w:t>
            </w:r>
          </w:p>
        </w:tc>
        <w:tc>
          <w:tcPr>
            <w:tcW w:type="dxa" w:w="4560"/>
            <w:tcW w:w="6120" w:type="dxa"/>
            <w:shd w:val="clear" w:color="auto" w:fill="FDE8E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B71C1C"/>
              </w:rPr>
              <w:t>Les</w:t>
            </w:r>
          </w:p>
        </w:tc>
        <w:tc>
          <w:tcPr>
            <w:tcW w:type="dxa" w:w="4560"/>
            <w:tcW w:w="4600" w:type="dxa"/>
            <w:shd w:val="clear" w:color="auto" w:fill="FDE8E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  <w:color w:val="4A5568"/>
              </w:rPr>
              <w:t>Person</w:t>
            </w:r>
          </w:p>
        </w:tc>
      </w:tr>
      <w:tr>
        <w:tc>
          <w:tcPr>
            <w:tcW w:type="dxa" w:w="4560"/>
            <w:tcW w:w="800" w:type="dxa"/>
            <w:shd w:val="clear" w:color="auto" w:fill="F3E8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4A148C"/>
              </w:rPr>
              <w:t>A_4</w:t>
            </w:r>
          </w:p>
        </w:tc>
        <w:tc>
          <w:tcPr>
            <w:tcW w:type="dxa" w:w="4560"/>
            <w:tcW w:w="6120" w:type="dxa"/>
            <w:shd w:val="clear" w:color="auto" w:fill="F3E8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4A148C"/>
              </w:rPr>
              <w:t>Cecilia Martin</w:t>
            </w:r>
          </w:p>
        </w:tc>
        <w:tc>
          <w:tcPr>
            <w:tcW w:type="dxa" w:w="4560"/>
            <w:tcW w:w="4600" w:type="dxa"/>
            <w:shd w:val="clear" w:color="auto" w:fill="F3E8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  <w:color w:val="4A5568"/>
              </w:rPr>
              <w:t>Person</w:t>
            </w:r>
          </w:p>
        </w:tc>
      </w:tr>
      <w:tr>
        <w:tc>
          <w:tcPr>
            <w:tcW w:type="dxa" w:w="4560"/>
            <w:tcW w:w="800" w:type="dxa"/>
            <w:shd w:val="clear" w:color="auto" w:fill="E0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006064"/>
              </w:rPr>
              <w:t>A_5</w:t>
            </w:r>
          </w:p>
        </w:tc>
        <w:tc>
          <w:tcPr>
            <w:tcW w:type="dxa" w:w="4560"/>
            <w:tcW w:w="6120" w:type="dxa"/>
            <w:shd w:val="clear" w:color="auto" w:fill="E0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006064"/>
              </w:rPr>
              <w:t>Keith Bridges</w:t>
            </w:r>
          </w:p>
        </w:tc>
        <w:tc>
          <w:tcPr>
            <w:tcW w:type="dxa" w:w="4560"/>
            <w:tcW w:w="4600" w:type="dxa"/>
            <w:shd w:val="clear" w:color="auto" w:fill="E0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  <w:color w:val="4A5568"/>
              </w:rPr>
              <w:t>Person</w:t>
            </w:r>
          </w:p>
        </w:tc>
      </w:tr>
      <w:tr>
        <w:tc>
          <w:tcPr>
            <w:tcW w:type="dxa" w:w="4560"/>
            <w:tcW w:w="800" w:type="dxa"/>
            <w:shd w:val="clear" w:color="auto" w:fill="FFF8E1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F57F17"/>
              </w:rPr>
              <w:t>A_6</w:t>
            </w:r>
          </w:p>
        </w:tc>
        <w:tc>
          <w:tcPr>
            <w:tcW w:type="dxa" w:w="4560"/>
            <w:tcW w:w="6120" w:type="dxa"/>
            <w:shd w:val="clear" w:color="auto" w:fill="FFF8E1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F57F17"/>
              </w:rPr>
              <w:t>Shane Bridges</w:t>
            </w:r>
          </w:p>
        </w:tc>
        <w:tc>
          <w:tcPr>
            <w:tcW w:type="dxa" w:w="4560"/>
            <w:tcW w:w="4600" w:type="dxa"/>
            <w:shd w:val="clear" w:color="auto" w:fill="FFF8E1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  <w:color w:val="4A5568"/>
              </w:rPr>
              <w:t>Person</w:t>
            </w:r>
          </w:p>
        </w:tc>
      </w:tr>
      <w:tr>
        <w:tc>
          <w:tcPr>
            <w:tcW w:type="dxa" w:w="4560"/>
            <w:tcW w:w="800" w:type="dxa"/>
            <w:shd w:val="clear" w:color="auto" w:fill="E8F4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0D47A1"/>
              </w:rPr>
              <w:t>A_7</w:t>
            </w:r>
          </w:p>
        </w:tc>
        <w:tc>
          <w:tcPr>
            <w:tcW w:type="dxa" w:w="4560"/>
            <w:tcW w:w="6120" w:type="dxa"/>
            <w:shd w:val="clear" w:color="auto" w:fill="E8F4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0D47A1"/>
              </w:rPr>
              <w:t>Guy Joseph Leonard, Jr.</w:t>
            </w:r>
          </w:p>
        </w:tc>
        <w:tc>
          <w:tcPr>
            <w:tcW w:type="dxa" w:w="4560"/>
            <w:tcW w:w="4600" w:type="dxa"/>
            <w:shd w:val="clear" w:color="auto" w:fill="E8F4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  <w:color w:val="4A5568"/>
              </w:rPr>
              <w:t>Person</w:t>
            </w:r>
          </w:p>
        </w:tc>
      </w:tr>
      <w:tr>
        <w:tc>
          <w:tcPr>
            <w:tcW w:type="dxa" w:w="4560"/>
            <w:tcW w:w="800" w:type="dxa"/>
            <w:shd w:val="clear" w:color="auto" w:fill="FFF3E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E65C00"/>
              </w:rPr>
              <w:t>A_8</w:t>
            </w:r>
          </w:p>
        </w:tc>
        <w:tc>
          <w:tcPr>
            <w:tcW w:type="dxa" w:w="4560"/>
            <w:tcW w:w="6120" w:type="dxa"/>
            <w:shd w:val="clear" w:color="auto" w:fill="FFF3E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E65C00"/>
              </w:rPr>
              <w:t>Arthur Bridges</w:t>
            </w:r>
          </w:p>
        </w:tc>
        <w:tc>
          <w:tcPr>
            <w:tcW w:type="dxa" w:w="4560"/>
            <w:tcW w:w="4600" w:type="dxa"/>
            <w:shd w:val="clear" w:color="auto" w:fill="FFF3E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  <w:color w:val="4A5568"/>
              </w:rPr>
              <w:t>Person</w:t>
            </w:r>
          </w:p>
        </w:tc>
      </w:tr>
      <w:tr>
        <w:tc>
          <w:tcPr>
            <w:tcW w:type="dxa" w:w="4560"/>
            <w:tcW w:w="800" w:type="dxa"/>
            <w:shd w:val="clear" w:color="auto" w:fill="E8F5E9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1B5E20"/>
              </w:rPr>
              <w:t>A_9</w:t>
            </w:r>
          </w:p>
        </w:tc>
        <w:tc>
          <w:tcPr>
            <w:tcW w:type="dxa" w:w="4560"/>
            <w:tcW w:w="6120" w:type="dxa"/>
            <w:shd w:val="clear" w:color="auto" w:fill="E8F5E9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8"/>
                <w:color w:val="1B5E20"/>
              </w:rPr>
              <w:t>Mary Jane Bridges (Merriman)</w:t>
            </w:r>
          </w:p>
        </w:tc>
        <w:tc>
          <w:tcPr>
            <w:tcW w:type="dxa" w:w="4560"/>
            <w:tcW w:w="4600" w:type="dxa"/>
            <w:shd w:val="clear" w:color="auto" w:fill="E8F5E9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  <w:color w:val="4A5568"/>
              </w:rPr>
              <w:t>Person</w:t>
            </w:r>
          </w:p>
        </w:tc>
      </w:tr>
    </w:tbl>
    <w:p/>
    <w:p>
      <w:pPr>
        <w:spacing w:before="220" w:after="70"/>
        <w:pBdr>
          <w:bottom w:val="single" w:sz="6" w:space="4" w:color="C9A84C"/>
        </w:pBdr>
      </w:pPr>
      <w:r>
        <w:rPr>
          <w:rFonts w:ascii="Arial" w:hAnsi="Arial"/>
          <w:b/>
          <w:sz w:val="24"/>
          <w:color w:val="1B3A6B"/>
        </w:rPr>
        <w:t>1.  Customer Background Knowledge</w:t>
      </w:r>
    </w:p>
    <w:p>
      <w:pPr>
        <w:spacing w:before="130" w:after="30"/>
        <w:shd w:val="clear" w:color="auto" w:fill="E8F4FF"/>
        <w:ind w:left="120"/>
      </w:pPr>
      <w:r>
        <w:rPr>
          <w:rFonts w:ascii="Arial" w:hAnsi="Arial"/>
          <w:b/>
          <w:sz w:val="22"/>
          <w:color w:val="0D47A1"/>
        </w:rPr>
        <w:t xml:space="preserve">[A]  </w:t>
      </w:r>
      <w:r>
        <w:rPr>
          <w:rFonts w:ascii="Arial" w:hAnsi="Arial"/>
          <w:b/>
          <w:sz w:val="22"/>
          <w:color w:val="0D47A1"/>
        </w:rPr>
        <w:t>Jane Leonard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Full Name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Jane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—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6"/>
                <w:color w:val="2E75B6"/>
              </w:rPr>
              <w:t>—</w:t>
            </w:r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Entity Type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Person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entity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—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6"/>
                <w:color w:val="2E75B6"/>
              </w:rPr>
              <w:t>—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Address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New Jersey  [New Jersey, USA]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residence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New Jersey personal injury litigation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Address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North Little Rock, Ark.  [North Little Rock, AR, USA]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residence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North Little Rock, Ark.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Address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St. Paul, Minnesota  [St Paul, MN, USA]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residence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She currently serves as the President of Growth &amp; Justice in St. Paul, Minnesota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Address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St. Anthony Park, St. Paul  [Saint Anthony Park, St Paul, MN, USA]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residence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She lives in St. Anthony Park, St. Paul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Address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Isle Harbor Township, Mille Lacs County  [Isle Harbor Township, MN, USA]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residence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co-owns her family farm in Isle Harbor Township, Mille Lacs County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Country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US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residence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New Jersey personal injury litigation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Todd J.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Todd J.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Alvin R. Leonard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his late father, the legendary New Jersey trial lawyer, Alvin R. Leonard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Les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Jane and Les are kind, hardworking, and compassionate people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2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web_case_631_024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Cecilia Martin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Cecilia Martin is organizing this fundraiser on behalf of Jane Leonard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2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web_case_631_024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Guy Joseph Leonard, Sr.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former husband, Guy Joseph Leonard, Sr.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Guy Joseph Leonard, Jr.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son, Guy Joseph Leonard, Jr.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Arthur Bridges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parents, Arthur Bridges and Mary Jane Bridges (Merriman)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Mary Jane Bridges (Merriman)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parents, Arthur Bridges and Mary Jane Bridges (Merriman)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James A. Bridges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brothers, James A. Bridges (Diann) and Douglas Bridges (Kate)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Douglas Bridges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brothers, James A. Bridges (Diann) and Douglas Bridges (Kate)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Tegan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daughter-in-law, Tegan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Rebecca Bridges Blankenship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nieces, Rebecca Bridges Blankenship (Greg) and Christy Bridges Vargas (Edison)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Christy Bridges Vargas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nieces, Rebecca Bridges Blankenship (Greg) and Christy Bridges Vargas (Edison)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Shane Bridges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nephews, Shane Bridges (Ronda) and Keith Bridges (Melanie)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Keith Bridges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nephews, Shane Bridges (Ronda) and Keith Bridges (Melanie)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Tim Walz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a member of the ServeMinnesota commission (appointed by Governor Tim Walz)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Karin Sonneman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twin sisters Karin Sonneman and Jane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3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web_case_631_012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Orville Freeman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their father’s employer — former Minnesota Governor Orville Freeman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3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web_case_631_012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Jane Freeman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Freeman’s wife Jane, who died this year at age 96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3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web_case_631_012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great-grandmother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Their great-grandmother graduated from college in Sweden in the 1890s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3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web_case_631_012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Employer / Organization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The Todd J. Leonard Law Firm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organization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Jane Leonard Marketing Director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Employer / Organization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Naval Air Warfare Center Aircraft Division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organization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work with the Naval Air Warfare Center Aircraft Division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Employer / Organization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Eagan, McAllister Associates, Inc.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organization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Eagan, McAllister Associates, Inc.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Employer / Organization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Growth &amp; Justice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organization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She currently serves as the President of Growth &amp; Justice in St. Paul, Minnesota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Employer / Organization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Minnesota Office of Broadband Development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organization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Previously, Jane was the Broadband Grants Administrator at the Minnesota Office of Broadband Development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Employer / Organization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MN Department of Employment and Economic Development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organization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Minnesota Office of Broadband Development at the MN Department of Employment and Economic Development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Employer / Organization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University of Minnesota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organization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on the University of Minnesota-led Access Minnesota team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Employer / Organization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Minnesota Rural Partners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organization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and was executive director of Minnesota Rural Partners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Employer / Organization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Bush Foundation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organization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including those at the State of Minnesota, Minnesota Rural Partners, and the Bush Foundation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Employer / Organization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State of Minnesota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organization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including those at the State of Minnesota, Minnesota Rural Partners, and the Bush Foundation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Marketing Director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Jane Leonard Marketing Director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civilian service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work with the Naval Air Warfare Center Aircraft Division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President of Growth &amp; Justice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She currently serves as the President of Growth &amp; Justice in St. Paul, Minnesota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Broadband Grants Administrator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Previously, Jane was the Broadband Grants Administrator at the Minnesota Office of Broadband Development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executive director of the MN Statehood Sesquicentennial Commission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Among other career highlights, Jane served as the executive director of the MN Statehood Sesquicentennial Commission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executive director of Minnesota Rural Partners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and was executive director of Minnesota Rural Partners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community technology advising business owner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including starting her own community technology advising business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1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web_case_631_017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public defender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Sonneman spent years as a public defender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3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web_case_631_012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county attorney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elected as Winona County’s first woman county attorney in 2010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3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web_case_631_012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policy organization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now heads the policy organization Growth &amp; Justice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3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web_case_631_012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Date of Birth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1946-08-13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Born on August 13, 1946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</w:tbl>
    <w:p/>
    <w:p>
      <w:pPr>
        <w:spacing w:before="130" w:after="30"/>
        <w:shd w:val="clear" w:color="auto" w:fill="FFF3E0"/>
        <w:ind w:left="120"/>
      </w:pPr>
      <w:r>
        <w:rPr>
          <w:rFonts w:ascii="Arial" w:hAnsi="Arial"/>
          <w:b/>
          <w:sz w:val="22"/>
          <w:color w:val="E65C00"/>
        </w:rPr>
        <w:t xml:space="preserve">[A_1]  </w:t>
      </w:r>
      <w:r>
        <w:rPr>
          <w:rFonts w:ascii="Arial" w:hAnsi="Arial"/>
          <w:b/>
          <w:sz w:val="22"/>
          <w:color w:val="E65C00"/>
        </w:rPr>
        <w:t>Todd J. Leonard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Full Name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Todd J.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Todd J.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Entity Type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Person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entity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—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6"/>
                <w:color w:val="2E75B6"/>
              </w:rPr>
              <w:t>—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Address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New Jersey  [New Jersey, USA]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residence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New Jersey personal injury litigation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Country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US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residence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New Jersey personal injury litigation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Jane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Jane Leonard Marketing Director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Alvin R. Leonard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his late father, the legendary New Jersey trial lawyer, Alvin R. Leonard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Organization Owned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The Todd J. Leonard Law Firm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organization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Our firm was founded by Todd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Employer / Organization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The Todd J. Leonard Law Firm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organization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Our firm was founded by Todd Leonard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Founder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Our firm was founded by Todd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New Jersey personal injury trial lawyer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New Jersey personal injury litigation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</w:tbl>
    <w:p/>
    <w:p>
      <w:pPr>
        <w:spacing w:before="130" w:after="30"/>
        <w:shd w:val="clear" w:color="auto" w:fill="E8F5E9"/>
        <w:ind w:left="120"/>
      </w:pPr>
      <w:r>
        <w:rPr>
          <w:rFonts w:ascii="Arial" w:hAnsi="Arial"/>
          <w:b/>
          <w:sz w:val="22"/>
          <w:color w:val="1B5E20"/>
        </w:rPr>
        <w:t xml:space="preserve">[A_2]  </w:t>
      </w:r>
      <w:r>
        <w:rPr>
          <w:rFonts w:ascii="Arial" w:hAnsi="Arial"/>
          <w:b/>
          <w:sz w:val="22"/>
          <w:color w:val="1B5E20"/>
        </w:rPr>
        <w:t>Alvin R. Leonard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Full Name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Alvin R.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Alvin R.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Entity Type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Person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entity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—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6"/>
                <w:color w:val="2E75B6"/>
              </w:rPr>
              <w:t>—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Address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New Jersey  [New Jersey, USA]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residence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New Jersey trial lawyer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Country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US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residence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New Jersey trial lawyer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Todd J.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his late father, the legendary New Jersey trial lawyer, Alvin R.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Job Title / Role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New Jersey trial lawyer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the legendary New Jersey trial lawyer, Alvin R. Leonard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</w:tbl>
    <w:p/>
    <w:p>
      <w:pPr>
        <w:spacing w:before="130" w:after="30"/>
        <w:shd w:val="clear" w:color="auto" w:fill="FDE8E8"/>
        <w:ind w:left="120"/>
      </w:pPr>
      <w:r>
        <w:rPr>
          <w:rFonts w:ascii="Arial" w:hAnsi="Arial"/>
          <w:b/>
          <w:sz w:val="22"/>
          <w:color w:val="B71C1C"/>
        </w:rPr>
        <w:t xml:space="preserve">[A_3]  </w:t>
      </w:r>
      <w:r>
        <w:rPr>
          <w:rFonts w:ascii="Arial" w:hAnsi="Arial"/>
          <w:b/>
          <w:sz w:val="22"/>
          <w:color w:val="B71C1C"/>
        </w:rPr>
        <w:t>Les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Full Name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Les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Jane and Les are kind, hardworking, and compassionate people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2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web_case_631_024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Entity Type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Person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entity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—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6"/>
                <w:color w:val="2E75B6"/>
              </w:rPr>
              <w:t>—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Jane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Jane and Les are kind, hardworking, and compassionate people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2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web_case_631_024</w:t>
              </w:r>
            </w:hyperlink>
          </w:p>
        </w:tc>
      </w:tr>
    </w:tbl>
    <w:p/>
    <w:p>
      <w:pPr>
        <w:spacing w:before="130" w:after="30"/>
        <w:shd w:val="clear" w:color="auto" w:fill="F3E8FF"/>
        <w:ind w:left="120"/>
      </w:pPr>
      <w:r>
        <w:rPr>
          <w:rFonts w:ascii="Arial" w:hAnsi="Arial"/>
          <w:b/>
          <w:sz w:val="22"/>
          <w:color w:val="4A148C"/>
        </w:rPr>
        <w:t xml:space="preserve">[A_4]  </w:t>
      </w:r>
      <w:r>
        <w:rPr>
          <w:rFonts w:ascii="Arial" w:hAnsi="Arial"/>
          <w:b/>
          <w:sz w:val="22"/>
          <w:color w:val="4A148C"/>
        </w:rPr>
        <w:t>Cecilia Martin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Full Name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Cecilia Martin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Cecilia Martin is organizing this fundraiser on behalf of Jane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2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web_case_631_024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Entity Type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Person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entity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—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6"/>
                <w:color w:val="2E75B6"/>
              </w:rPr>
              <w:t>—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Jane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Cecilia Martin is organizing this fundraiser on behalf of Jane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2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web_case_631_024</w:t>
              </w:r>
            </w:hyperlink>
          </w:p>
        </w:tc>
      </w:tr>
    </w:tbl>
    <w:p/>
    <w:p>
      <w:pPr>
        <w:spacing w:before="130" w:after="30"/>
        <w:shd w:val="clear" w:color="auto" w:fill="E0F7FA"/>
        <w:ind w:left="120"/>
      </w:pPr>
      <w:r>
        <w:rPr>
          <w:rFonts w:ascii="Arial" w:hAnsi="Arial"/>
          <w:b/>
          <w:sz w:val="22"/>
          <w:color w:val="006064"/>
        </w:rPr>
        <w:t xml:space="preserve">[A_5]  </w:t>
      </w:r>
      <w:r>
        <w:rPr>
          <w:rFonts w:ascii="Arial" w:hAnsi="Arial"/>
          <w:b/>
          <w:sz w:val="22"/>
          <w:color w:val="006064"/>
        </w:rPr>
        <w:t>Keith Bridges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Full Name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Keith Bridges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nephews, Shane Bridges (Ronda) and Keith Bridges (Melanie)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Entity Type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Person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entity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—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6"/>
                <w:color w:val="2E75B6"/>
              </w:rPr>
              <w:t>—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Jane Ellen Bridges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nephews, Shane Bridges (Ronda) and Keith Bridges (Melanie)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Melanie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Keith Bridges (Melanie)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</w:tbl>
    <w:p/>
    <w:p>
      <w:pPr>
        <w:spacing w:before="130" w:after="30"/>
        <w:shd w:val="clear" w:color="auto" w:fill="FFF8E1"/>
        <w:ind w:left="120"/>
      </w:pPr>
      <w:r>
        <w:rPr>
          <w:rFonts w:ascii="Arial" w:hAnsi="Arial"/>
          <w:b/>
          <w:sz w:val="22"/>
          <w:color w:val="F57F17"/>
        </w:rPr>
        <w:t xml:space="preserve">[A_6]  </w:t>
      </w:r>
      <w:r>
        <w:rPr>
          <w:rFonts w:ascii="Arial" w:hAnsi="Arial"/>
          <w:b/>
          <w:sz w:val="22"/>
          <w:color w:val="F57F17"/>
        </w:rPr>
        <w:t>Shane Bridges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Full Name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Shane Bridges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nephews, Shane Bridges (Ronda) and Keith Bridges (Melanie)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Entity Type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Person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entity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—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6"/>
                <w:color w:val="2E75B6"/>
              </w:rPr>
              <w:t>—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Jane Ellen Bridges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nephews, Shane Bridges (Ronda) and Keith Bridges (Melanie)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Ronda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Shane Bridges (Ronda)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</w:tbl>
    <w:p/>
    <w:p>
      <w:pPr>
        <w:spacing w:before="130" w:after="30"/>
        <w:shd w:val="clear" w:color="auto" w:fill="E8F4FF"/>
        <w:ind w:left="120"/>
      </w:pPr>
      <w:r>
        <w:rPr>
          <w:rFonts w:ascii="Arial" w:hAnsi="Arial"/>
          <w:b/>
          <w:sz w:val="22"/>
          <w:color w:val="0D47A1"/>
        </w:rPr>
        <w:t xml:space="preserve">[A_7]  </w:t>
      </w:r>
      <w:r>
        <w:rPr>
          <w:rFonts w:ascii="Arial" w:hAnsi="Arial"/>
          <w:b/>
          <w:sz w:val="22"/>
          <w:color w:val="0D47A1"/>
        </w:rPr>
        <w:t>Guy Joseph Leonard, Jr.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Full Name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Guy Joseph Leonard, Jr.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son, Guy Joseph Leonard, Jr.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Entity Type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Person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entity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—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6"/>
                <w:color w:val="2E75B6"/>
              </w:rPr>
              <w:t>—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Jane Ellen Bridges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son, Guy Joseph Leonard, Jr.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Guy Joseph Leonard, Sr.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son, Guy Joseph Leonard, Jr.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</w:tbl>
    <w:p/>
    <w:p>
      <w:pPr>
        <w:spacing w:before="130" w:after="30"/>
        <w:shd w:val="clear" w:color="auto" w:fill="FFF3E0"/>
        <w:ind w:left="120"/>
      </w:pPr>
      <w:r>
        <w:rPr>
          <w:rFonts w:ascii="Arial" w:hAnsi="Arial"/>
          <w:b/>
          <w:sz w:val="22"/>
          <w:color w:val="E65C00"/>
        </w:rPr>
        <w:t xml:space="preserve">[A_8]  </w:t>
      </w:r>
      <w:r>
        <w:rPr>
          <w:rFonts w:ascii="Arial" w:hAnsi="Arial"/>
          <w:b/>
          <w:sz w:val="22"/>
          <w:color w:val="E65C00"/>
        </w:rPr>
        <w:t>Arthur Bridges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Full Name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Arthur Bridges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parents, Arthur Bridges and Mary Jane Bridges (Merriman)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Entity Type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Person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entity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—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6"/>
                <w:color w:val="2E75B6"/>
              </w:rPr>
              <w:t>—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Jane Ellen Bridges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parents, Arthur Bridges and Mary Jane Bridges (Merriman)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Mary Jane Bridges (Merriman)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parents, Arthur Bridges and Mary Jane Bridges (Merriman)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</w:tbl>
    <w:p/>
    <w:p>
      <w:pPr>
        <w:spacing w:before="130" w:after="30"/>
        <w:shd w:val="clear" w:color="auto" w:fill="E8F5E9"/>
        <w:ind w:left="120"/>
      </w:pPr>
      <w:r>
        <w:rPr>
          <w:rFonts w:ascii="Arial" w:hAnsi="Arial"/>
          <w:b/>
          <w:sz w:val="22"/>
          <w:color w:val="1B5E20"/>
        </w:rPr>
        <w:t xml:space="preserve">[A_9]  </w:t>
      </w:r>
      <w:r>
        <w:rPr>
          <w:rFonts w:ascii="Arial" w:hAnsi="Arial"/>
          <w:b/>
          <w:sz w:val="22"/>
          <w:color w:val="1B5E20"/>
        </w:rPr>
        <w:t>Mary Jane Bridges (Merriman)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1B3A6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Full Name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Mary Jane Bridges (Merriman)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parents, Arthur Bridges and Mary Jane Bridges (Merriman)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Entity Type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Person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entity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—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6"/>
                <w:color w:val="2E75B6"/>
              </w:rPr>
              <w:t>—</w:t>
            </w:r>
          </w:p>
        </w:tc>
      </w:tr>
      <w:tr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Jane Ellen Bridges Leonard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parents, Arthur Bridges and Mary Jane Bridges (Merriman)</w:t>
            </w:r>
          </w:p>
        </w:tc>
        <w:tc>
          <w:tcPr>
            <w:tcW w:type="dxa" w:w="2736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Associated Individual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Arthur Bridges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parents, Arthur Bridges and Mary Jane Bridges (Merriman)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</w:tbl>
    <w:p/>
    <w:p>
      <w:pPr>
        <w:spacing w:before="220" w:after="70"/>
        <w:pBdr>
          <w:bottom w:val="single" w:sz="6" w:space="4" w:color="C9A84C"/>
        </w:pBdr>
      </w:pPr>
      <w:r>
        <w:rPr>
          <w:rFonts w:ascii="Arial" w:hAnsi="Arial"/>
          <w:b/>
          <w:sz w:val="24"/>
          <w:color w:val="1B3A6B"/>
        </w:rPr>
        <w:t>2.  Reputation, Crime &amp; Negative News</w:t>
      </w:r>
    </w:p>
    <w:p>
      <w:pPr>
        <w:spacing w:before="130" w:after="30"/>
        <w:shd w:val="clear" w:color="auto" w:fill="E8F4FF"/>
        <w:ind w:left="120"/>
      </w:pPr>
      <w:r>
        <w:rPr>
          <w:rFonts w:ascii="Arial" w:hAnsi="Arial"/>
          <w:b/>
          <w:sz w:val="22"/>
          <w:color w:val="0D47A1"/>
        </w:rPr>
        <w:t xml:space="preserve">[A]  </w:t>
      </w:r>
      <w:r>
        <w:rPr>
          <w:rFonts w:ascii="Arial" w:hAnsi="Arial"/>
          <w:b/>
          <w:sz w:val="22"/>
          <w:color w:val="0D47A1"/>
        </w:rPr>
        <w:t>Jane Leonard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Negative News / Crime</w:t>
            </w:r>
          </w:p>
        </w:tc>
        <w:tc>
          <w:tcPr>
            <w:tcW w:type="dxa" w:w="2736"/>
            <w:tcW w:w="28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Cancer</w:t>
            </w:r>
          </w:p>
        </w:tc>
        <w:tc>
          <w:tcPr>
            <w:tcW w:type="dxa" w:w="2736"/>
            <w:tcW w:w="15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Health issues</w:t>
            </w:r>
          </w:p>
        </w:tc>
        <w:tc>
          <w:tcPr>
            <w:tcW w:type="dxa" w:w="2736"/>
            <w:tcW w:w="422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Jane and Les have both been dealing with multiple health issues, including unexpected injuries, surgeries, cancer</w:t>
            </w:r>
          </w:p>
        </w:tc>
        <w:tc>
          <w:tcPr>
            <w:tcW w:type="dxa" w:w="2736"/>
            <w:tcW w:w="15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2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web_case_631_024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Negative News / Crime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Surgery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Health issues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Jane and Les have both been dealing with multiple health issues, including unexpected injuries, surgeries, cancer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2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web_case_631_024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Negative News / Crime</w:t>
            </w:r>
          </w:p>
        </w:tc>
        <w:tc>
          <w:tcPr>
            <w:tcW w:type="dxa" w:w="2736"/>
            <w:tcW w:w="28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Bias and discrimination</w:t>
            </w:r>
          </w:p>
        </w:tc>
        <w:tc>
          <w:tcPr>
            <w:tcW w:type="dxa" w:w="2736"/>
            <w:tcW w:w="15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male colleagues would take credit for their ideas, or when a lack of women in leadership positions in their fields felt discouraging</w:t>
            </w:r>
          </w:p>
        </w:tc>
        <w:tc>
          <w:tcPr>
            <w:tcW w:type="dxa" w:w="2736"/>
            <w:tcW w:w="15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3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web_case_631_012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Negative News / Crime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Direct bias during election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male opponent made comments that included the assertion that Sonneman’s career had been spent 'fighting to get sex offenders and other criminals off'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3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web_case_631_012</w:t>
              </w:r>
            </w:hyperlink>
          </w:p>
        </w:tc>
      </w:tr>
    </w:tbl>
    <w:p/>
    <w:p>
      <w:pPr>
        <w:spacing w:before="130" w:after="30"/>
        <w:shd w:val="clear" w:color="auto" w:fill="FFF3E0"/>
        <w:ind w:left="120"/>
      </w:pPr>
      <w:r>
        <w:rPr>
          <w:rFonts w:ascii="Arial" w:hAnsi="Arial"/>
          <w:b/>
          <w:sz w:val="22"/>
          <w:color w:val="E65C00"/>
        </w:rPr>
        <w:t xml:space="preserve">[A_1]  </w:t>
      </w:r>
      <w:r>
        <w:rPr>
          <w:rFonts w:ascii="Arial" w:hAnsi="Arial"/>
          <w:b/>
          <w:sz w:val="22"/>
          <w:color w:val="E65C00"/>
        </w:rPr>
        <w:t>Todd J. Leonard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adverse news, crime, or negative findings identified</w:t>
            </w:r>
          </w:p>
        </w:tc>
      </w:tr>
    </w:tbl>
    <w:p/>
    <w:p>
      <w:pPr>
        <w:spacing w:before="130" w:after="30"/>
        <w:shd w:val="clear" w:color="auto" w:fill="E8F5E9"/>
        <w:ind w:left="120"/>
      </w:pPr>
      <w:r>
        <w:rPr>
          <w:rFonts w:ascii="Arial" w:hAnsi="Arial"/>
          <w:b/>
          <w:sz w:val="22"/>
          <w:color w:val="1B5E20"/>
        </w:rPr>
        <w:t xml:space="preserve">[A_2]  </w:t>
      </w:r>
      <w:r>
        <w:rPr>
          <w:rFonts w:ascii="Arial" w:hAnsi="Arial"/>
          <w:b/>
          <w:sz w:val="22"/>
          <w:color w:val="1B5E20"/>
        </w:rPr>
        <w:t>Alvin R. Leonard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Negative News / Crime</w:t>
            </w:r>
          </w:p>
        </w:tc>
        <w:tc>
          <w:tcPr>
            <w:tcW w:type="dxa" w:w="2736"/>
            <w:tcW w:w="28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Pancreatic cancer</w:t>
            </w:r>
          </w:p>
        </w:tc>
        <w:tc>
          <w:tcPr>
            <w:tcW w:type="dxa" w:w="2736"/>
            <w:tcW w:w="15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person</w:t>
            </w:r>
          </w:p>
        </w:tc>
        <w:tc>
          <w:tcPr>
            <w:tcW w:type="dxa" w:w="2736"/>
            <w:tcW w:w="422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Alvin was diagnosed with pancreatic cancer and he waged an extraordinary battle, but sadly passed away in 2009</w:t>
            </w:r>
          </w:p>
        </w:tc>
        <w:tc>
          <w:tcPr>
            <w:tcW w:type="dxa" w:w="2736"/>
            <w:tcW w:w="15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</w:tbl>
    <w:p/>
    <w:p>
      <w:pPr>
        <w:spacing w:before="130" w:after="30"/>
        <w:shd w:val="clear" w:color="auto" w:fill="FDE8E8"/>
        <w:ind w:left="120"/>
      </w:pPr>
      <w:r>
        <w:rPr>
          <w:rFonts w:ascii="Arial" w:hAnsi="Arial"/>
          <w:b/>
          <w:sz w:val="22"/>
          <w:color w:val="B71C1C"/>
        </w:rPr>
        <w:t xml:space="preserve">[A_3]  </w:t>
      </w:r>
      <w:r>
        <w:rPr>
          <w:rFonts w:ascii="Arial" w:hAnsi="Arial"/>
          <w:b/>
          <w:sz w:val="22"/>
          <w:color w:val="B71C1C"/>
        </w:rPr>
        <w:t>Les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Negative News / Crime</w:t>
            </w:r>
          </w:p>
        </w:tc>
        <w:tc>
          <w:tcPr>
            <w:tcW w:type="dxa" w:w="2736"/>
            <w:tcW w:w="28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Cancer</w:t>
            </w:r>
          </w:p>
        </w:tc>
        <w:tc>
          <w:tcPr>
            <w:tcW w:type="dxa" w:w="2736"/>
            <w:tcW w:w="15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Health issues</w:t>
            </w:r>
          </w:p>
        </w:tc>
        <w:tc>
          <w:tcPr>
            <w:tcW w:type="dxa" w:w="2736"/>
            <w:tcW w:w="422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Jane and Les have both been dealing with multiple health issues, including unexpected injuries, surgeries, cancer</w:t>
            </w:r>
          </w:p>
        </w:tc>
        <w:tc>
          <w:tcPr>
            <w:tcW w:type="dxa" w:w="2736"/>
            <w:tcW w:w="1500" w:type="dxa"/>
            <w:shd w:val="clear" w:color="auto" w:fill="FFF0F0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2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web_case_631_024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Negative News / Crime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Surgery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Health issues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Jane and Les have both been dealing with multiple health issues, including unexpected injuries, surgeries, cancer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2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web_case_631_024</w:t>
              </w:r>
            </w:hyperlink>
          </w:p>
        </w:tc>
      </w:tr>
    </w:tbl>
    <w:p/>
    <w:p>
      <w:pPr>
        <w:spacing w:before="130" w:after="30"/>
        <w:shd w:val="clear" w:color="auto" w:fill="F3E8FF"/>
        <w:ind w:left="120"/>
      </w:pPr>
      <w:r>
        <w:rPr>
          <w:rFonts w:ascii="Arial" w:hAnsi="Arial"/>
          <w:b/>
          <w:sz w:val="22"/>
          <w:color w:val="4A148C"/>
        </w:rPr>
        <w:t xml:space="preserve">[A_4]  </w:t>
      </w:r>
      <w:r>
        <w:rPr>
          <w:rFonts w:ascii="Arial" w:hAnsi="Arial"/>
          <w:b/>
          <w:sz w:val="22"/>
          <w:color w:val="4A148C"/>
        </w:rPr>
        <w:t>Cecilia Martin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adverse news, crime, or negative findings identified</w:t>
            </w:r>
          </w:p>
        </w:tc>
      </w:tr>
    </w:tbl>
    <w:p/>
    <w:p>
      <w:pPr>
        <w:spacing w:before="130" w:after="30"/>
        <w:shd w:val="clear" w:color="auto" w:fill="E0F7FA"/>
        <w:ind w:left="120"/>
      </w:pPr>
      <w:r>
        <w:rPr>
          <w:rFonts w:ascii="Arial" w:hAnsi="Arial"/>
          <w:b/>
          <w:sz w:val="22"/>
          <w:color w:val="006064"/>
        </w:rPr>
        <w:t xml:space="preserve">[A_5]  </w:t>
      </w:r>
      <w:r>
        <w:rPr>
          <w:rFonts w:ascii="Arial" w:hAnsi="Arial"/>
          <w:b/>
          <w:sz w:val="22"/>
          <w:color w:val="006064"/>
        </w:rPr>
        <w:t>Keith Bridges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adverse news, crime, or negative findings identified</w:t>
            </w:r>
          </w:p>
        </w:tc>
      </w:tr>
    </w:tbl>
    <w:p/>
    <w:p>
      <w:pPr>
        <w:spacing w:before="130" w:after="30"/>
        <w:shd w:val="clear" w:color="auto" w:fill="FFF8E1"/>
        <w:ind w:left="120"/>
      </w:pPr>
      <w:r>
        <w:rPr>
          <w:rFonts w:ascii="Arial" w:hAnsi="Arial"/>
          <w:b/>
          <w:sz w:val="22"/>
          <w:color w:val="F57F17"/>
        </w:rPr>
        <w:t xml:space="preserve">[A_6]  </w:t>
      </w:r>
      <w:r>
        <w:rPr>
          <w:rFonts w:ascii="Arial" w:hAnsi="Arial"/>
          <w:b/>
          <w:sz w:val="22"/>
          <w:color w:val="F57F17"/>
        </w:rPr>
        <w:t>Shane Bridges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adverse news, crime, or negative findings identified</w:t>
            </w:r>
          </w:p>
        </w:tc>
      </w:tr>
    </w:tbl>
    <w:p/>
    <w:p>
      <w:pPr>
        <w:spacing w:before="130" w:after="30"/>
        <w:shd w:val="clear" w:color="auto" w:fill="E8F4FF"/>
        <w:ind w:left="120"/>
      </w:pPr>
      <w:r>
        <w:rPr>
          <w:rFonts w:ascii="Arial" w:hAnsi="Arial"/>
          <w:b/>
          <w:sz w:val="22"/>
          <w:color w:val="0D47A1"/>
        </w:rPr>
        <w:t xml:space="preserve">[A_7]  </w:t>
      </w:r>
      <w:r>
        <w:rPr>
          <w:rFonts w:ascii="Arial" w:hAnsi="Arial"/>
          <w:b/>
          <w:sz w:val="22"/>
          <w:color w:val="0D47A1"/>
        </w:rPr>
        <w:t>Guy Joseph Leonard, Jr.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adverse news, crime, or negative findings identified</w:t>
            </w:r>
          </w:p>
        </w:tc>
      </w:tr>
    </w:tbl>
    <w:p/>
    <w:p>
      <w:pPr>
        <w:spacing w:before="130" w:after="30"/>
        <w:shd w:val="clear" w:color="auto" w:fill="FFF3E0"/>
        <w:ind w:left="120"/>
      </w:pPr>
      <w:r>
        <w:rPr>
          <w:rFonts w:ascii="Arial" w:hAnsi="Arial"/>
          <w:b/>
          <w:sz w:val="22"/>
          <w:color w:val="E65C00"/>
        </w:rPr>
        <w:t xml:space="preserve">[A_8]  </w:t>
      </w:r>
      <w:r>
        <w:rPr>
          <w:rFonts w:ascii="Arial" w:hAnsi="Arial"/>
          <w:b/>
          <w:sz w:val="22"/>
          <w:color w:val="E65C00"/>
        </w:rPr>
        <w:t>Arthur Bridges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adverse news, crime, or negative findings identified</w:t>
            </w:r>
          </w:p>
        </w:tc>
      </w:tr>
    </w:tbl>
    <w:p/>
    <w:p>
      <w:pPr>
        <w:spacing w:before="130" w:after="30"/>
        <w:shd w:val="clear" w:color="auto" w:fill="E8F5E9"/>
        <w:ind w:left="120"/>
      </w:pPr>
      <w:r>
        <w:rPr>
          <w:rFonts w:ascii="Arial" w:hAnsi="Arial"/>
          <w:b/>
          <w:sz w:val="22"/>
          <w:color w:val="1B5E20"/>
        </w:rPr>
        <w:t xml:space="preserve">[A_9]  </w:t>
      </w:r>
      <w:r>
        <w:rPr>
          <w:rFonts w:ascii="Arial" w:hAnsi="Arial"/>
          <w:b/>
          <w:sz w:val="22"/>
          <w:color w:val="1B5E20"/>
        </w:rPr>
        <w:t>Mary Jane Bridges (Merriman)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0392B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adverse news, crime, or negative findings identified</w:t>
            </w:r>
          </w:p>
        </w:tc>
      </w:tr>
    </w:tbl>
    <w:p/>
    <w:p>
      <w:pPr>
        <w:spacing w:before="220" w:after="70"/>
        <w:pBdr>
          <w:bottom w:val="single" w:sz="6" w:space="4" w:color="C9A84C"/>
        </w:pBdr>
      </w:pPr>
      <w:r>
        <w:rPr>
          <w:rFonts w:ascii="Arial" w:hAnsi="Arial"/>
          <w:b/>
          <w:sz w:val="24"/>
          <w:color w:val="1B3A6B"/>
        </w:rPr>
        <w:t>3.  PEP &amp; Government Association</w:t>
      </w:r>
    </w:p>
    <w:p>
      <w:pPr>
        <w:spacing w:before="130" w:after="30"/>
        <w:shd w:val="clear" w:color="auto" w:fill="E8F4FF"/>
        <w:ind w:left="120"/>
      </w:pPr>
      <w:r>
        <w:rPr>
          <w:rFonts w:ascii="Arial" w:hAnsi="Arial"/>
          <w:b/>
          <w:sz w:val="22"/>
          <w:color w:val="0D47A1"/>
        </w:rPr>
        <w:t xml:space="preserve">[A]  </w:t>
      </w:r>
      <w:r>
        <w:rPr>
          <w:rFonts w:ascii="Arial" w:hAnsi="Arial"/>
          <w:b/>
          <w:sz w:val="22"/>
          <w:color w:val="0D47A1"/>
        </w:rPr>
        <w:t>Jane Leonard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5F0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Political Entity</w:t>
            </w:r>
          </w:p>
        </w:tc>
        <w:tc>
          <w:tcPr>
            <w:tcW w:type="dxa" w:w="2736"/>
            <w:tcW w:w="2800" w:type="dxa"/>
            <w:shd w:val="clear" w:color="auto" w:fill="F5F0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DFL party</w:t>
            </w:r>
          </w:p>
        </w:tc>
        <w:tc>
          <w:tcPr>
            <w:tcW w:type="dxa" w:w="2736"/>
            <w:tcW w:w="1500" w:type="dxa"/>
            <w:shd w:val="clear" w:color="auto" w:fill="F5F0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political entity</w:t>
            </w:r>
          </w:p>
        </w:tc>
        <w:tc>
          <w:tcPr>
            <w:tcW w:type="dxa" w:w="2736"/>
            <w:tcW w:w="4220" w:type="dxa"/>
            <w:shd w:val="clear" w:color="auto" w:fill="F5F0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She was active with the growth of the state’s DFL party in the 1940s</w:t>
            </w:r>
          </w:p>
        </w:tc>
        <w:tc>
          <w:tcPr>
            <w:tcW w:type="dxa" w:w="2736"/>
            <w:tcW w:w="1500" w:type="dxa"/>
            <w:shd w:val="clear" w:color="auto" w:fill="F5F0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3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web_case_631_012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Government Agency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Secretary of Agriculture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government agency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their father’s employer — former Minnesota Governor Orville Freeman — became the Secretary of Agriculture during the Kennedy and Johnson Administrations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3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web_case_631_012</w:t>
              </w:r>
            </w:hyperlink>
          </w:p>
        </w:tc>
      </w:tr>
    </w:tbl>
    <w:p/>
    <w:p>
      <w:pPr>
        <w:spacing w:before="130" w:after="30"/>
        <w:shd w:val="clear" w:color="auto" w:fill="FFF3E0"/>
        <w:ind w:left="120"/>
      </w:pPr>
      <w:r>
        <w:rPr>
          <w:rFonts w:ascii="Arial" w:hAnsi="Arial"/>
          <w:b/>
          <w:sz w:val="22"/>
          <w:color w:val="E65C00"/>
        </w:rPr>
        <w:t xml:space="preserve">[A_1]  </w:t>
      </w:r>
      <w:r>
        <w:rPr>
          <w:rFonts w:ascii="Arial" w:hAnsi="Arial"/>
          <w:b/>
          <w:sz w:val="22"/>
          <w:color w:val="E65C00"/>
        </w:rPr>
        <w:t>Todd J. Leonard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PEP or government association identified</w:t>
            </w:r>
          </w:p>
        </w:tc>
      </w:tr>
    </w:tbl>
    <w:p/>
    <w:p>
      <w:pPr>
        <w:spacing w:before="130" w:after="30"/>
        <w:shd w:val="clear" w:color="auto" w:fill="E8F5E9"/>
        <w:ind w:left="120"/>
      </w:pPr>
      <w:r>
        <w:rPr>
          <w:rFonts w:ascii="Arial" w:hAnsi="Arial"/>
          <w:b/>
          <w:sz w:val="22"/>
          <w:color w:val="1B5E20"/>
        </w:rPr>
        <w:t xml:space="preserve">[A_2]  </w:t>
      </w:r>
      <w:r>
        <w:rPr>
          <w:rFonts w:ascii="Arial" w:hAnsi="Arial"/>
          <w:b/>
          <w:sz w:val="22"/>
          <w:color w:val="1B5E20"/>
        </w:rPr>
        <w:t>Alvin R. Leonard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PEP or government association identified</w:t>
            </w:r>
          </w:p>
        </w:tc>
      </w:tr>
    </w:tbl>
    <w:p/>
    <w:p>
      <w:pPr>
        <w:spacing w:before="130" w:after="30"/>
        <w:shd w:val="clear" w:color="auto" w:fill="FDE8E8"/>
        <w:ind w:left="120"/>
      </w:pPr>
      <w:r>
        <w:rPr>
          <w:rFonts w:ascii="Arial" w:hAnsi="Arial"/>
          <w:b/>
          <w:sz w:val="22"/>
          <w:color w:val="B71C1C"/>
        </w:rPr>
        <w:t xml:space="preserve">[A_3]  </w:t>
      </w:r>
      <w:r>
        <w:rPr>
          <w:rFonts w:ascii="Arial" w:hAnsi="Arial"/>
          <w:b/>
          <w:sz w:val="22"/>
          <w:color w:val="B71C1C"/>
        </w:rPr>
        <w:t>Les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PEP or government association identified</w:t>
            </w:r>
          </w:p>
        </w:tc>
      </w:tr>
    </w:tbl>
    <w:p/>
    <w:p>
      <w:pPr>
        <w:spacing w:before="130" w:after="30"/>
        <w:shd w:val="clear" w:color="auto" w:fill="F3E8FF"/>
        <w:ind w:left="120"/>
      </w:pPr>
      <w:r>
        <w:rPr>
          <w:rFonts w:ascii="Arial" w:hAnsi="Arial"/>
          <w:b/>
          <w:sz w:val="22"/>
          <w:color w:val="4A148C"/>
        </w:rPr>
        <w:t xml:space="preserve">[A_4]  </w:t>
      </w:r>
      <w:r>
        <w:rPr>
          <w:rFonts w:ascii="Arial" w:hAnsi="Arial"/>
          <w:b/>
          <w:sz w:val="22"/>
          <w:color w:val="4A148C"/>
        </w:rPr>
        <w:t>Cecilia Martin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PEP or government association identified</w:t>
            </w:r>
          </w:p>
        </w:tc>
      </w:tr>
    </w:tbl>
    <w:p/>
    <w:p>
      <w:pPr>
        <w:spacing w:before="130" w:after="30"/>
        <w:shd w:val="clear" w:color="auto" w:fill="E0F7FA"/>
        <w:ind w:left="120"/>
      </w:pPr>
      <w:r>
        <w:rPr>
          <w:rFonts w:ascii="Arial" w:hAnsi="Arial"/>
          <w:b/>
          <w:sz w:val="22"/>
          <w:color w:val="006064"/>
        </w:rPr>
        <w:t xml:space="preserve">[A_5]  </w:t>
      </w:r>
      <w:r>
        <w:rPr>
          <w:rFonts w:ascii="Arial" w:hAnsi="Arial"/>
          <w:b/>
          <w:sz w:val="22"/>
          <w:color w:val="006064"/>
        </w:rPr>
        <w:t>Keith Bridges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PEP or government association identified</w:t>
            </w:r>
          </w:p>
        </w:tc>
      </w:tr>
    </w:tbl>
    <w:p/>
    <w:p>
      <w:pPr>
        <w:spacing w:before="130" w:after="30"/>
        <w:shd w:val="clear" w:color="auto" w:fill="FFF8E1"/>
        <w:ind w:left="120"/>
      </w:pPr>
      <w:r>
        <w:rPr>
          <w:rFonts w:ascii="Arial" w:hAnsi="Arial"/>
          <w:b/>
          <w:sz w:val="22"/>
          <w:color w:val="F57F17"/>
        </w:rPr>
        <w:t xml:space="preserve">[A_6]  </w:t>
      </w:r>
      <w:r>
        <w:rPr>
          <w:rFonts w:ascii="Arial" w:hAnsi="Arial"/>
          <w:b/>
          <w:sz w:val="22"/>
          <w:color w:val="F57F17"/>
        </w:rPr>
        <w:t>Shane Bridges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PEP or government association identified</w:t>
            </w:r>
          </w:p>
        </w:tc>
      </w:tr>
    </w:tbl>
    <w:p/>
    <w:p>
      <w:pPr>
        <w:spacing w:before="130" w:after="30"/>
        <w:shd w:val="clear" w:color="auto" w:fill="E8F4FF"/>
        <w:ind w:left="120"/>
      </w:pPr>
      <w:r>
        <w:rPr>
          <w:rFonts w:ascii="Arial" w:hAnsi="Arial"/>
          <w:b/>
          <w:sz w:val="22"/>
          <w:color w:val="0D47A1"/>
        </w:rPr>
        <w:t xml:space="preserve">[A_7]  </w:t>
      </w:r>
      <w:r>
        <w:rPr>
          <w:rFonts w:ascii="Arial" w:hAnsi="Arial"/>
          <w:b/>
          <w:sz w:val="22"/>
          <w:color w:val="0D47A1"/>
        </w:rPr>
        <w:t>Guy Joseph Leonard, Jr.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PEP or government association identified</w:t>
            </w:r>
          </w:p>
        </w:tc>
      </w:tr>
    </w:tbl>
    <w:p/>
    <w:p>
      <w:pPr>
        <w:spacing w:before="130" w:after="30"/>
        <w:shd w:val="clear" w:color="auto" w:fill="FFF3E0"/>
        <w:ind w:left="120"/>
      </w:pPr>
      <w:r>
        <w:rPr>
          <w:rFonts w:ascii="Arial" w:hAnsi="Arial"/>
          <w:b/>
          <w:sz w:val="22"/>
          <w:color w:val="E65C00"/>
        </w:rPr>
        <w:t xml:space="preserve">[A_8]  </w:t>
      </w:r>
      <w:r>
        <w:rPr>
          <w:rFonts w:ascii="Arial" w:hAnsi="Arial"/>
          <w:b/>
          <w:sz w:val="22"/>
          <w:color w:val="E65C00"/>
        </w:rPr>
        <w:t>Arthur Bridges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PEP or government association identified</w:t>
            </w:r>
          </w:p>
        </w:tc>
      </w:tr>
    </w:tbl>
    <w:p/>
    <w:p>
      <w:pPr>
        <w:spacing w:before="130" w:after="30"/>
        <w:shd w:val="clear" w:color="auto" w:fill="E8F5E9"/>
        <w:ind w:left="120"/>
      </w:pPr>
      <w:r>
        <w:rPr>
          <w:rFonts w:ascii="Arial" w:hAnsi="Arial"/>
          <w:b/>
          <w:sz w:val="22"/>
          <w:color w:val="1B5E20"/>
        </w:rPr>
        <w:t xml:space="preserve">[A_9]  </w:t>
      </w:r>
      <w:r>
        <w:rPr>
          <w:rFonts w:ascii="Arial" w:hAnsi="Arial"/>
          <w:b/>
          <w:sz w:val="22"/>
          <w:color w:val="1B5E20"/>
        </w:rPr>
        <w:t>Mary Jane Bridges (Merriman)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6B21A8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0FAF4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1A7A4A"/>
              </w:rPr>
              <w:t>No PEP or government association identified</w:t>
            </w:r>
          </w:p>
        </w:tc>
      </w:tr>
    </w:tbl>
    <w:p/>
    <w:p>
      <w:pPr>
        <w:spacing w:before="220" w:after="70"/>
        <w:pBdr>
          <w:bottom w:val="single" w:sz="6" w:space="4" w:color="C9A84C"/>
        </w:pBdr>
      </w:pPr>
      <w:r>
        <w:rPr>
          <w:rFonts w:ascii="Arial" w:hAnsi="Arial"/>
          <w:b/>
          <w:sz w:val="24"/>
          <w:color w:val="1B3A6B"/>
        </w:rPr>
        <w:t>4.  Source of Wealth &amp; Ownership</w:t>
      </w:r>
    </w:p>
    <w:p>
      <w:pPr>
        <w:spacing w:before="130" w:after="30"/>
        <w:shd w:val="clear" w:color="auto" w:fill="E8F4FF"/>
        <w:ind w:left="120"/>
      </w:pPr>
      <w:r>
        <w:rPr>
          <w:rFonts w:ascii="Arial" w:hAnsi="Arial"/>
          <w:b/>
          <w:sz w:val="22"/>
          <w:color w:val="0D47A1"/>
        </w:rPr>
        <w:t xml:space="preserve">[A]  </w:t>
      </w:r>
      <w:r>
        <w:rPr>
          <w:rFonts w:ascii="Arial" w:hAnsi="Arial"/>
          <w:b/>
          <w:sz w:val="22"/>
          <w:color w:val="0D47A1"/>
        </w:rPr>
        <w:t>Jane Leonard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Income / Wealth Source</w:t>
            </w:r>
          </w:p>
        </w:tc>
        <w:tc>
          <w:tcPr>
            <w:tcW w:type="dxa" w:w="2736"/>
            <w:tcW w:w="28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Marketing Director salary</w:t>
            </w:r>
          </w:p>
        </w:tc>
        <w:tc>
          <w:tcPr>
            <w:tcW w:type="dxa" w:w="2736"/>
            <w:tcW w:w="15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employment income</w:t>
            </w:r>
          </w:p>
        </w:tc>
        <w:tc>
          <w:tcPr>
            <w:tcW w:type="dxa" w:w="2736"/>
            <w:tcW w:w="422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Jane Leonard Marketing Director</w:t>
            </w:r>
          </w:p>
        </w:tc>
        <w:tc>
          <w:tcPr>
            <w:tcW w:type="dxa" w:w="2736"/>
            <w:tcW w:w="15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Income / Wealth Source</w:t>
            </w:r>
          </w:p>
        </w:tc>
        <w:tc>
          <w:tcPr>
            <w:tcW w:type="dxa" w:w="2736"/>
            <w:tcW w:w="28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Fundraiser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donation</w:t>
            </w:r>
          </w:p>
        </w:tc>
        <w:tc>
          <w:tcPr>
            <w:tcW w:type="dxa" w:w="2736"/>
            <w:tcW w:w="422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Support Jane and Les Through Their Health Struggles Jane and Les face mounting bills from cancer, surgery, and lost wages as they recover</w:t>
            </w:r>
          </w:p>
        </w:tc>
        <w:tc>
          <w:tcPr>
            <w:tcW w:type="dxa" w:w="2736"/>
            <w:tcW w:w="1500" w:type="dxa"/>
            <w:shd w:val="clear" w:color="auto" w:fill="FFFFFF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2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web_case_631_024</w:t>
              </w:r>
            </w:hyperlink>
          </w:p>
        </w:tc>
      </w:tr>
      <w:tr>
        <w:tc>
          <w:tcPr>
            <w:tcW w:type="dxa" w:w="2736"/>
            <w:tcW w:w="15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Income / Wealth Source</w:t>
            </w:r>
          </w:p>
        </w:tc>
        <w:tc>
          <w:tcPr>
            <w:tcW w:type="dxa" w:w="2736"/>
            <w:tcW w:w="28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employment income</w:t>
            </w:r>
          </w:p>
        </w:tc>
        <w:tc>
          <w:tcPr>
            <w:tcW w:type="dxa" w:w="2736"/>
            <w:tcW w:w="15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employment income</w:t>
            </w:r>
          </w:p>
        </w:tc>
        <w:tc>
          <w:tcPr>
            <w:tcW w:type="dxa" w:w="2736"/>
            <w:tcW w:w="422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her work with the Naval Air Warfare Center Aircraft Division</w:t>
            </w:r>
          </w:p>
        </w:tc>
        <w:tc>
          <w:tcPr>
            <w:tcW w:type="dxa" w:w="2736"/>
            <w:tcW w:w="15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0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web_case_631_025</w:t>
              </w:r>
            </w:hyperlink>
          </w:p>
        </w:tc>
      </w:tr>
    </w:tbl>
    <w:p/>
    <w:p>
      <w:pPr>
        <w:spacing w:before="130" w:after="30"/>
        <w:shd w:val="clear" w:color="auto" w:fill="FFF3E0"/>
        <w:ind w:left="120"/>
      </w:pPr>
      <w:r>
        <w:rPr>
          <w:rFonts w:ascii="Arial" w:hAnsi="Arial"/>
          <w:b/>
          <w:sz w:val="22"/>
          <w:color w:val="E65C00"/>
        </w:rPr>
        <w:t xml:space="preserve">[A_1]  </w:t>
      </w:r>
      <w:r>
        <w:rPr>
          <w:rFonts w:ascii="Arial" w:hAnsi="Arial"/>
          <w:b/>
          <w:sz w:val="22"/>
          <w:color w:val="E65C00"/>
        </w:rPr>
        <w:t>Todd J. Leonard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Income / Wealth Source</w:t>
            </w:r>
          </w:p>
        </w:tc>
        <w:tc>
          <w:tcPr>
            <w:tcW w:type="dxa" w:w="2736"/>
            <w:tcW w:w="28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Law firm owner income</w:t>
            </w:r>
          </w:p>
        </w:tc>
        <w:tc>
          <w:tcPr>
            <w:tcW w:type="dxa" w:w="2736"/>
            <w:tcW w:w="15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business sales revenue</w:t>
            </w:r>
          </w:p>
        </w:tc>
        <w:tc>
          <w:tcPr>
            <w:tcW w:type="dxa" w:w="2736"/>
            <w:tcW w:w="422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Our firm was founded by Todd Leonard</w:t>
            </w:r>
          </w:p>
        </w:tc>
        <w:tc>
          <w:tcPr>
            <w:tcW w:type="dxa" w:w="2736"/>
            <w:tcW w:w="15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9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web_case_631_011</w:t>
              </w:r>
            </w:hyperlink>
          </w:p>
        </w:tc>
      </w:tr>
    </w:tbl>
    <w:p/>
    <w:p>
      <w:pPr>
        <w:spacing w:before="130" w:after="30"/>
        <w:shd w:val="clear" w:color="auto" w:fill="E8F5E9"/>
        <w:ind w:left="120"/>
      </w:pPr>
      <w:r>
        <w:rPr>
          <w:rFonts w:ascii="Arial" w:hAnsi="Arial"/>
          <w:b/>
          <w:sz w:val="22"/>
          <w:color w:val="1B5E20"/>
        </w:rPr>
        <w:t xml:space="preserve">[A_2]  </w:t>
      </w:r>
      <w:r>
        <w:rPr>
          <w:rFonts w:ascii="Arial" w:hAnsi="Arial"/>
          <w:b/>
          <w:sz w:val="22"/>
          <w:color w:val="1B5E20"/>
        </w:rPr>
        <w:t>Alvin R. Leonard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4A5568"/>
              </w:rPr>
              <w:t>No wealth or ownership data identified</w:t>
            </w:r>
          </w:p>
        </w:tc>
      </w:tr>
    </w:tbl>
    <w:p/>
    <w:p>
      <w:pPr>
        <w:spacing w:before="130" w:after="30"/>
        <w:shd w:val="clear" w:color="auto" w:fill="FDE8E8"/>
        <w:ind w:left="120"/>
      </w:pPr>
      <w:r>
        <w:rPr>
          <w:rFonts w:ascii="Arial" w:hAnsi="Arial"/>
          <w:b/>
          <w:sz w:val="22"/>
          <w:color w:val="B71C1C"/>
        </w:rPr>
        <w:t xml:space="preserve">[A_3]  </w:t>
      </w:r>
      <w:r>
        <w:rPr>
          <w:rFonts w:ascii="Arial" w:hAnsi="Arial"/>
          <w:b/>
          <w:sz w:val="22"/>
          <w:color w:val="B71C1C"/>
        </w:rPr>
        <w:t>Les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2736"/>
            <w:tcW w:w="15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1B3A6B"/>
              </w:rPr>
              <w:t>Income / Wealth Source</w:t>
            </w:r>
          </w:p>
        </w:tc>
        <w:tc>
          <w:tcPr>
            <w:tcW w:type="dxa" w:w="2736"/>
            <w:tcW w:w="28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  <w:color w:val="1A1A1A"/>
              </w:rPr>
              <w:t>Fundraiser</w:t>
            </w:r>
          </w:p>
        </w:tc>
        <w:tc>
          <w:tcPr>
            <w:tcW w:type="dxa" w:w="2736"/>
            <w:tcW w:w="15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donation</w:t>
            </w:r>
          </w:p>
        </w:tc>
        <w:tc>
          <w:tcPr>
            <w:tcW w:type="dxa" w:w="2736"/>
            <w:tcW w:w="422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i/>
                <w:sz w:val="16"/>
                <w:color w:val="4A5568"/>
              </w:rPr>
              <w:t>Support Jane and Les Through Their Health Struggles Jane and Les face mounting bills from cancer, surgery, and lost wages as they recover</w:t>
            </w:r>
          </w:p>
        </w:tc>
        <w:tc>
          <w:tcPr>
            <w:tcW w:type="dxa" w:w="2736"/>
            <w:tcW w:w="1500" w:type="dxa"/>
            <w:shd w:val="clear" w:color="auto" w:fill="FFF7ED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</w:tcPr>
          <w:p>
            <w:r/>
            <w:hyperlink r:id="rId12" w:history="1">
              <w:r>
                <w:rPr>
                  <w:u w:val="single"/>
                  <w:color w:val="2E75B6"/>
                  <w:rFonts w:ascii="Arial" w:hAnsi="Arial"/>
                  <w:sz w:val="16"/>
                </w:rPr>
                <w:t>web_case_631_024</w:t>
              </w:r>
            </w:hyperlink>
          </w:p>
        </w:tc>
      </w:tr>
    </w:tbl>
    <w:p/>
    <w:p>
      <w:pPr>
        <w:spacing w:before="130" w:after="30"/>
        <w:shd w:val="clear" w:color="auto" w:fill="F3E8FF"/>
        <w:ind w:left="120"/>
      </w:pPr>
      <w:r>
        <w:rPr>
          <w:rFonts w:ascii="Arial" w:hAnsi="Arial"/>
          <w:b/>
          <w:sz w:val="22"/>
          <w:color w:val="4A148C"/>
        </w:rPr>
        <w:t xml:space="preserve">[A_4]  </w:t>
      </w:r>
      <w:r>
        <w:rPr>
          <w:rFonts w:ascii="Arial" w:hAnsi="Arial"/>
          <w:b/>
          <w:sz w:val="22"/>
          <w:color w:val="4A148C"/>
        </w:rPr>
        <w:t>Cecilia Martin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4A5568"/>
              </w:rPr>
              <w:t>No wealth or ownership data identified</w:t>
            </w:r>
          </w:p>
        </w:tc>
      </w:tr>
    </w:tbl>
    <w:p/>
    <w:p>
      <w:pPr>
        <w:spacing w:before="130" w:after="30"/>
        <w:shd w:val="clear" w:color="auto" w:fill="E0F7FA"/>
        <w:ind w:left="120"/>
      </w:pPr>
      <w:r>
        <w:rPr>
          <w:rFonts w:ascii="Arial" w:hAnsi="Arial"/>
          <w:b/>
          <w:sz w:val="22"/>
          <w:color w:val="006064"/>
        </w:rPr>
        <w:t xml:space="preserve">[A_5]  </w:t>
      </w:r>
      <w:r>
        <w:rPr>
          <w:rFonts w:ascii="Arial" w:hAnsi="Arial"/>
          <w:b/>
          <w:sz w:val="22"/>
          <w:color w:val="006064"/>
        </w:rPr>
        <w:t>Keith Bridges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4A5568"/>
              </w:rPr>
              <w:t>No wealth or ownership data identified</w:t>
            </w:r>
          </w:p>
        </w:tc>
      </w:tr>
    </w:tbl>
    <w:p/>
    <w:p>
      <w:pPr>
        <w:spacing w:before="130" w:after="30"/>
        <w:shd w:val="clear" w:color="auto" w:fill="FFF8E1"/>
        <w:ind w:left="120"/>
      </w:pPr>
      <w:r>
        <w:rPr>
          <w:rFonts w:ascii="Arial" w:hAnsi="Arial"/>
          <w:b/>
          <w:sz w:val="22"/>
          <w:color w:val="F57F17"/>
        </w:rPr>
        <w:t xml:space="preserve">[A_6]  </w:t>
      </w:r>
      <w:r>
        <w:rPr>
          <w:rFonts w:ascii="Arial" w:hAnsi="Arial"/>
          <w:b/>
          <w:sz w:val="22"/>
          <w:color w:val="F57F17"/>
        </w:rPr>
        <w:t>Shane Bridges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4A5568"/>
              </w:rPr>
              <w:t>No wealth or ownership data identified</w:t>
            </w:r>
          </w:p>
        </w:tc>
      </w:tr>
    </w:tbl>
    <w:p/>
    <w:p>
      <w:pPr>
        <w:spacing w:before="130" w:after="30"/>
        <w:shd w:val="clear" w:color="auto" w:fill="E8F4FF"/>
        <w:ind w:left="120"/>
      </w:pPr>
      <w:r>
        <w:rPr>
          <w:rFonts w:ascii="Arial" w:hAnsi="Arial"/>
          <w:b/>
          <w:sz w:val="22"/>
          <w:color w:val="0D47A1"/>
        </w:rPr>
        <w:t xml:space="preserve">[A_7]  </w:t>
      </w:r>
      <w:r>
        <w:rPr>
          <w:rFonts w:ascii="Arial" w:hAnsi="Arial"/>
          <w:b/>
          <w:sz w:val="22"/>
          <w:color w:val="0D47A1"/>
        </w:rPr>
        <w:t>Guy Joseph Leonard, Jr.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4A5568"/>
              </w:rPr>
              <w:t>No wealth or ownership data identified</w:t>
            </w:r>
          </w:p>
        </w:tc>
      </w:tr>
    </w:tbl>
    <w:p/>
    <w:p>
      <w:pPr>
        <w:spacing w:before="130" w:after="30"/>
        <w:shd w:val="clear" w:color="auto" w:fill="FFF3E0"/>
        <w:ind w:left="120"/>
      </w:pPr>
      <w:r>
        <w:rPr>
          <w:rFonts w:ascii="Arial" w:hAnsi="Arial"/>
          <w:b/>
          <w:sz w:val="22"/>
          <w:color w:val="E65C00"/>
        </w:rPr>
        <w:t xml:space="preserve">[A_8]  </w:t>
      </w:r>
      <w:r>
        <w:rPr>
          <w:rFonts w:ascii="Arial" w:hAnsi="Arial"/>
          <w:b/>
          <w:sz w:val="22"/>
          <w:color w:val="E65C00"/>
        </w:rPr>
        <w:t>Arthur Bridges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4A5568"/>
              </w:rPr>
              <w:t>No wealth or ownership data identified</w:t>
            </w:r>
          </w:p>
        </w:tc>
      </w:tr>
    </w:tbl>
    <w:p/>
    <w:p>
      <w:pPr>
        <w:spacing w:before="130" w:after="30"/>
        <w:shd w:val="clear" w:color="auto" w:fill="E8F5E9"/>
        <w:ind w:left="120"/>
      </w:pPr>
      <w:r>
        <w:rPr>
          <w:rFonts w:ascii="Arial" w:hAnsi="Arial"/>
          <w:b/>
          <w:sz w:val="22"/>
          <w:color w:val="1B5E20"/>
        </w:rPr>
        <w:t xml:space="preserve">[A_9]  </w:t>
      </w:r>
      <w:r>
        <w:rPr>
          <w:rFonts w:ascii="Arial" w:hAnsi="Arial"/>
          <w:b/>
          <w:sz w:val="22"/>
          <w:color w:val="1B5E20"/>
        </w:rPr>
        <w:t>Mary Jane Bridges (Merriman)</w:t>
      </w:r>
      <w:r>
        <w:rPr>
          <w:rFonts w:ascii="Arial" w:hAnsi="Arial"/>
          <w:i/>
          <w:sz w:val="18"/>
          <w:color w:val="4A5568"/>
        </w:rPr>
        <w:t xml:space="preserve">   Person</w:t>
      </w:r>
    </w:p>
    <w:tbl>
      <w:tblPr>
        <w:tblW w:type="auto" w:w="0"/>
        <w:jc w:val="center"/>
        <w:tblLook w:firstColumn="1" w:firstRow="1" w:lastColumn="0" w:lastRow="0" w:noHBand="0" w:noVBand="1" w:val="04A0"/>
        <w:tblW w:w="11520" w:type="dxa"/>
      </w:tblPr>
      <w:tblGrid>
        <w:gridCol w:w="2736"/>
        <w:gridCol w:w="2736"/>
        <w:gridCol w:w="2736"/>
        <w:gridCol w:w="2736"/>
        <w:gridCol w:w="2736"/>
      </w:tblGrid>
      <w:tr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Attribute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28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Finding / Detail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Classification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422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Original Text Evidence</w:t>
            </w:r>
          </w:p>
        </w:tc>
        <w:tc>
          <w:tcPr>
            <w:tcW w:type="dxa" w:w="2736"/>
            <w:shd w:val="clear" w:color="auto" w:fill="C2610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  <w:vAlign w:val="center"/>
            <w:tcW w:w="1500" w:type="dxa"/>
          </w:tcPr>
          <w:p>
            <w:pPr>
              <w:jc w:val="left"/>
            </w:pPr>
            <w:r/>
            <w:r>
              <w:rPr>
                <w:rFonts w:ascii="Arial" w:hAnsi="Arial"/>
                <w:b/>
                <w:i w:val="0"/>
                <w:sz w:val="17"/>
                <w:color w:val="FFFFFF"/>
              </w:rPr>
              <w:t>Source ID</w:t>
            </w:r>
          </w:p>
        </w:tc>
      </w:tr>
      <w:tr>
        <w:tc>
          <w:tcPr>
            <w:tcW w:type="dxa" w:w="13680"/>
            <w:gridSpan w:val="5"/>
            <w:tcW w:w="1500" w:type="dxa"/>
            <w:tcW w:w="2800" w:type="dxa"/>
            <w:tcW w:w="1500" w:type="dxa"/>
            <w:tcW w:w="4220" w:type="dxa"/>
            <w:tcW w:w="1500" w:type="dxa"/>
            <w:shd w:val="clear" w:color="auto" w:fill="F5F7FA"/>
            <w:tcBorders>
              <w:top w:val="single" w:sz="4" w:space="0" w:color="D0D7E3"/>
              <w:left w:val="single" w:sz="4" w:space="0" w:color="D0D7E3"/>
              <w:bottom w:val="single" w:sz="4" w:space="0" w:color="D0D7E3"/>
              <w:right w:val="single" w:sz="4" w:space="0" w:color="D0D7E3"/>
            </w:tcBorders>
            <w:tcMar>
              <w:top w:w="70" w:type="dxa"/>
              <w:bottom w:w="70" w:type="dxa"/>
              <w:left w:w="100" w:type="dxa"/>
              <w:right w:w="10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i/>
                <w:sz w:val="17"/>
                <w:color w:val="4A5568"/>
              </w:rPr>
              <w:t>No wealth or ownership data identified</w:t>
            </w:r>
          </w:p>
        </w:tc>
      </w:tr>
    </w:tbl>
    <w:p/>
    <w:p>
      <w:pPr>
        <w:spacing w:before="180" w:after="30"/>
      </w:pPr>
      <w:r>
        <w:rPr>
          <w:rFonts w:ascii="Arial" w:hAnsi="Arial"/>
          <w:b/>
          <w:sz w:val="17"/>
          <w:color w:val="4A5568"/>
        </w:rPr>
        <w:t>Disclaimer</w:t>
      </w:r>
    </w:p>
    <w:p>
      <w:pPr>
        <w:spacing w:before="0" w:after="0"/>
        <w:jc w:val="left"/>
      </w:pPr>
      <w:r>
        <w:rPr>
          <w:rFonts w:ascii="Arial" w:hAnsi="Arial"/>
          <w:b w:val="0"/>
          <w:i/>
          <w:sz w:val="15"/>
          <w:color w:val="4A5568"/>
        </w:rPr>
        <w:t>Generated by Beaver.AI using publicly available internet sources. Source IDs in the last column are clickable hyperlinks — click to open the original web source in your browser. Original Text Evidence is the verbatim or near-verbatim excerpt from the source. This document is strictly confidential and for internal compliance use only. All findings require independent verification before use in legal proceedings.</w:t>
      </w:r>
    </w:p>
    <w:sectPr w:rsidR="00FC693F" w:rsidRPr="0006063C" w:rsidSect="00034616">
      <w:pgSz w:w="15840" w:h="122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awleonard.com/our-firm/" TargetMode="External"/><Relationship Id="rId10" Type="http://schemas.openxmlformats.org/officeDocument/2006/relationships/hyperlink" Target="https://www.arkansasonline.com/obituaries/2026/mar/26/jane-leonard-2026-03-26/" TargetMode="External"/><Relationship Id="rId11" Type="http://schemas.openxmlformats.org/officeDocument/2006/relationships/hyperlink" Target="https://engagement.umn.edu/sites/ope.umn.edu/files/keynote.pdf" TargetMode="External"/><Relationship Id="rId12" Type="http://schemas.openxmlformats.org/officeDocument/2006/relationships/hyperlink" Target="https://www.gofundme.com/f/support-jane-and-les-through-their-health-struggles" TargetMode="External"/><Relationship Id="rId13" Type="http://schemas.openxmlformats.org/officeDocument/2006/relationships/hyperlink" Target="https://www.womenspress.com/twin-sisters-in-public-ser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