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pPr>
      <w:r>
        <w:rPr>
          <w:rFonts w:ascii="Arial" w:hAnsi="Arial"/>
          <w:b/>
          <w:sz w:val="44"/>
          <w:color w:val="1B3A6B"/>
        </w:rPr>
        <w:t>INTELLIGENCE RESEARCH SUMMARY</w:t>
      </w:r>
    </w:p>
    <w:p>
      <w:pPr>
        <w:spacing w:before="0" w:after="70"/>
        <w:jc w:val="center"/>
        <w:pBdr>
          <w:bottom w:val="single" w:sz="6" w:space="4" w:color="C9A84C"/>
        </w:pBdr>
      </w:pPr>
      <w:r>
        <w:rPr>
          <w:rFonts w:ascii="Arial" w:hAnsi="Arial"/>
          <w:i/>
          <w:sz w:val="24"/>
          <w:color w:val="2E75B6"/>
        </w:rPr>
        <w:t>Risk Internet Research Summary</w:t>
      </w:r>
    </w:p>
    <w:p>
      <w:pPr>
        <w:spacing w:before="70" w:after="20"/>
        <w:jc w:val="center"/>
      </w:pPr>
      <w:r>
        <w:rPr>
          <w:rFonts w:ascii="Arial" w:hAnsi="Arial"/>
          <w:b/>
          <w:sz w:val="32"/>
          <w:color w:val="C0392B"/>
        </w:rPr>
        <w:t>Case Ref:  web_case_825</w:t>
      </w:r>
    </w:p>
    <w:p>
      <w:pPr>
        <w:spacing w:before="10" w:after="140"/>
        <w:jc w:val="center"/>
      </w:pPr>
      <w:r>
        <w:rPr>
          <w:rFonts w:ascii="Arial" w:hAnsi="Arial"/>
          <w:b w:val="0"/>
          <w:sz w:val="18"/>
          <w:color w:val="4A5568"/>
        </w:rPr>
        <w:t>August 14, 2026</w:t>
      </w:r>
      <w:r>
        <w:rPr>
          <w:rFonts w:ascii="Arial" w:hAnsi="Arial"/>
          <w:b w:val="0"/>
          <w:sz w:val="18"/>
          <w:color w:val="D0D7E3"/>
        </w:rPr>
        <w:t xml:space="preserve">   |   </w:t>
      </w:r>
      <w:r>
        <w:rPr>
          <w:rFonts w:ascii="Arial" w:hAnsi="Arial"/>
          <w:b/>
          <w:sz w:val="18"/>
          <w:color w:val="C0392B"/>
        </w:rPr>
        <w:t>CONFIDENTIAL</w:t>
      </w:r>
    </w:p>
    <w:p>
      <w:pPr>
        <w:spacing w:before="60" w:after="30"/>
        <w:jc w:val="left"/>
      </w:pPr>
      <w:r>
        <w:rPr>
          <w:rFonts w:ascii="Arial" w:hAnsi="Arial"/>
          <w:b/>
          <w:i w:val="0"/>
          <w:sz w:val="18"/>
          <w:color w:val="1B3A6B"/>
        </w:rPr>
        <w:t>Subjects Under Review</w:t>
      </w:r>
    </w:p>
    <w:tbl>
      <w:tblPr>
        <w:tblW w:type="auto" w:w="0"/>
        <w:jc w:val="center"/>
        <w:tblLook w:firstColumn="1" w:firstRow="1" w:lastColumn="0" w:lastRow="0" w:noHBand="0" w:noVBand="1" w:val="04A0"/>
        <w:tblW w:w="11520" w:type="dxa"/>
      </w:tblPr>
      <w:tblGrid>
        <w:gridCol w:w="4560"/>
        <w:gridCol w:w="4560"/>
        <w:gridCol w:w="4560"/>
      </w:tblGrid>
      <w:tr>
        <w:tc>
          <w:tcPr>
            <w:tcW w:type="dxa" w:w="4560"/>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800" w:type="dxa"/>
          </w:tcPr>
          <w:p>
            <w:pPr>
              <w:jc w:val="left"/>
            </w:pPr>
            <w:r/>
            <w:r>
              <w:rPr>
                <w:rFonts w:ascii="Arial" w:hAnsi="Arial"/>
                <w:b/>
                <w:i w:val="0"/>
                <w:sz w:val="17"/>
                <w:color w:val="FFFFFF"/>
              </w:rPr>
              <w:t>ID</w:t>
            </w:r>
          </w:p>
        </w:tc>
        <w:tc>
          <w:tcPr>
            <w:tcW w:type="dxa" w:w="4560"/>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6120" w:type="dxa"/>
          </w:tcPr>
          <w:p>
            <w:pPr>
              <w:jc w:val="left"/>
            </w:pPr>
            <w:r/>
            <w:r>
              <w:rPr>
                <w:rFonts w:ascii="Arial" w:hAnsi="Arial"/>
                <w:b/>
                <w:i w:val="0"/>
                <w:sz w:val="17"/>
                <w:color w:val="FFFFFF"/>
              </w:rPr>
              <w:t>Subject Name</w:t>
            </w:r>
          </w:p>
        </w:tc>
        <w:tc>
          <w:tcPr>
            <w:tcW w:type="dxa" w:w="4560"/>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600" w:type="dxa"/>
          </w:tcPr>
          <w:p>
            <w:pPr>
              <w:jc w:val="left"/>
            </w:pPr>
            <w:r/>
            <w:r>
              <w:rPr>
                <w:rFonts w:ascii="Arial" w:hAnsi="Arial"/>
                <w:b/>
                <w:i w:val="0"/>
                <w:sz w:val="17"/>
                <w:color w:val="FFFFFF"/>
              </w:rPr>
              <w:t>Type</w:t>
            </w:r>
          </w:p>
        </w:tc>
      </w:tr>
      <w:tr>
        <w:tc>
          <w:tcPr>
            <w:tcW w:type="dxa" w:w="4560"/>
            <w:tcW w:w="80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D47A1"/>
              </w:rPr>
              <w:t>A</w:t>
            </w:r>
          </w:p>
        </w:tc>
        <w:tc>
          <w:tcPr>
            <w:tcW w:type="dxa" w:w="4560"/>
            <w:tcW w:w="612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D47A1"/>
              </w:rPr>
              <w:t>John Pelusi</w:t>
            </w:r>
          </w:p>
        </w:tc>
        <w:tc>
          <w:tcPr>
            <w:tcW w:type="dxa" w:w="4560"/>
            <w:tcW w:w="460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E65C00"/>
              </w:rPr>
              <w:t>A_1</w:t>
            </w:r>
          </w:p>
        </w:tc>
        <w:tc>
          <w:tcPr>
            <w:tcW w:type="dxa" w:w="4560"/>
            <w:tcW w:w="612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E65C00"/>
              </w:rPr>
              <w:t>Cathy Pelusi</w:t>
            </w:r>
          </w:p>
        </w:tc>
        <w:tc>
          <w:tcPr>
            <w:tcW w:type="dxa" w:w="4560"/>
            <w:tcW w:w="460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1B5E20"/>
              </w:rPr>
              <w:t>A_2</w:t>
            </w:r>
          </w:p>
        </w:tc>
        <w:tc>
          <w:tcPr>
            <w:tcW w:type="dxa" w:w="4560"/>
            <w:tcW w:w="612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1B5E20"/>
              </w:rPr>
              <w:t>John Pelusi</w:t>
            </w:r>
          </w:p>
        </w:tc>
        <w:tc>
          <w:tcPr>
            <w:tcW w:type="dxa" w:w="4560"/>
            <w:tcW w:w="460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FDE8E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B71C1C"/>
              </w:rPr>
              <w:t>A_3</w:t>
            </w:r>
          </w:p>
        </w:tc>
        <w:tc>
          <w:tcPr>
            <w:tcW w:type="dxa" w:w="4560"/>
            <w:tcW w:w="6120" w:type="dxa"/>
            <w:shd w:val="clear" w:color="auto" w:fill="FDE8E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B71C1C"/>
              </w:rPr>
              <w:t>John Verbanac</w:t>
            </w:r>
          </w:p>
        </w:tc>
        <w:tc>
          <w:tcPr>
            <w:tcW w:type="dxa" w:w="4560"/>
            <w:tcW w:w="4600" w:type="dxa"/>
            <w:shd w:val="clear" w:color="auto" w:fill="FDE8E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F3E8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4A148C"/>
              </w:rPr>
              <w:t>A_4</w:t>
            </w:r>
          </w:p>
        </w:tc>
        <w:tc>
          <w:tcPr>
            <w:tcW w:type="dxa" w:w="4560"/>
            <w:tcW w:w="6120" w:type="dxa"/>
            <w:shd w:val="clear" w:color="auto" w:fill="F3E8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4A148C"/>
              </w:rPr>
              <w:t>Louis Cestello</w:t>
            </w:r>
          </w:p>
        </w:tc>
        <w:tc>
          <w:tcPr>
            <w:tcW w:type="dxa" w:w="4560"/>
            <w:tcW w:w="4600" w:type="dxa"/>
            <w:shd w:val="clear" w:color="auto" w:fill="F3E8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E0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06064"/>
              </w:rPr>
              <w:t>A_5</w:t>
            </w:r>
          </w:p>
        </w:tc>
        <w:tc>
          <w:tcPr>
            <w:tcW w:type="dxa" w:w="4560"/>
            <w:tcW w:w="6120" w:type="dxa"/>
            <w:shd w:val="clear" w:color="auto" w:fill="E0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06064"/>
              </w:rPr>
              <w:t>Heather Lyke</w:t>
            </w:r>
          </w:p>
        </w:tc>
        <w:tc>
          <w:tcPr>
            <w:tcW w:type="dxa" w:w="4560"/>
            <w:tcW w:w="4600" w:type="dxa"/>
            <w:shd w:val="clear" w:color="auto" w:fill="E0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FFF8E1"/>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F57F17"/>
              </w:rPr>
              <w:t>A_6</w:t>
            </w:r>
          </w:p>
        </w:tc>
        <w:tc>
          <w:tcPr>
            <w:tcW w:type="dxa" w:w="4560"/>
            <w:tcW w:w="6120" w:type="dxa"/>
            <w:shd w:val="clear" w:color="auto" w:fill="FFF8E1"/>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F57F17"/>
              </w:rPr>
              <w:t>Robbie Luxbacher</w:t>
            </w:r>
          </w:p>
        </w:tc>
        <w:tc>
          <w:tcPr>
            <w:tcW w:type="dxa" w:w="4560"/>
            <w:tcW w:w="4600" w:type="dxa"/>
            <w:shd w:val="clear" w:color="auto" w:fill="FFF8E1"/>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D47A1"/>
              </w:rPr>
              <w:t>A_7</w:t>
            </w:r>
          </w:p>
        </w:tc>
        <w:tc>
          <w:tcPr>
            <w:tcW w:type="dxa" w:w="4560"/>
            <w:tcW w:w="612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0D47A1"/>
              </w:rPr>
              <w:t>Allen Greene</w:t>
            </w:r>
          </w:p>
        </w:tc>
        <w:tc>
          <w:tcPr>
            <w:tcW w:type="dxa" w:w="4560"/>
            <w:tcW w:w="4600" w:type="dxa"/>
            <w:shd w:val="clear" w:color="auto" w:fill="E8F4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E65C00"/>
              </w:rPr>
              <w:t>A_8</w:t>
            </w:r>
          </w:p>
        </w:tc>
        <w:tc>
          <w:tcPr>
            <w:tcW w:type="dxa" w:w="4560"/>
            <w:tcW w:w="612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E65C00"/>
              </w:rPr>
              <w:t>Joan Gabel</w:t>
            </w:r>
          </w:p>
        </w:tc>
        <w:tc>
          <w:tcPr>
            <w:tcW w:type="dxa" w:w="4560"/>
            <w:tcW w:w="4600" w:type="dxa"/>
            <w:shd w:val="clear" w:color="auto" w:fill="FFF3E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r>
        <w:tc>
          <w:tcPr>
            <w:tcW w:type="dxa" w:w="4560"/>
            <w:tcW w:w="80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1B5E20"/>
              </w:rPr>
              <w:t>A_9</w:t>
            </w:r>
          </w:p>
        </w:tc>
        <w:tc>
          <w:tcPr>
            <w:tcW w:type="dxa" w:w="4560"/>
            <w:tcW w:w="612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8"/>
                <w:color w:val="1B5E20"/>
              </w:rPr>
              <w:t>Jamie Pelusi</w:t>
            </w:r>
          </w:p>
        </w:tc>
        <w:tc>
          <w:tcPr>
            <w:tcW w:type="dxa" w:w="4560"/>
            <w:tcW w:w="4600" w:type="dxa"/>
            <w:shd w:val="clear" w:color="auto" w:fill="E8F5E9"/>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8"/>
                <w:color w:val="4A5568"/>
              </w:rPr>
              <w:t>Person</w:t>
            </w:r>
          </w:p>
        </w:tc>
      </w:tr>
    </w:tbl>
    <w:p/>
    <w:p>
      <w:pPr>
        <w:spacing w:before="220" w:after="70"/>
        <w:pBdr>
          <w:bottom w:val="single" w:sz="6" w:space="4" w:color="C9A84C"/>
        </w:pBdr>
      </w:pPr>
      <w:r>
        <w:rPr>
          <w:rFonts w:ascii="Arial" w:hAnsi="Arial"/>
          <w:b/>
          <w:sz w:val="24"/>
          <w:color w:val="1B3A6B"/>
        </w:rPr>
        <w:t>1.  Customer Background Knowledge</w:t>
      </w:r>
    </w:p>
    <w:p>
      <w:pPr>
        <w:spacing w:before="130" w:after="30"/>
        <w:shd w:val="clear" w:color="auto" w:fill="E8F4FF"/>
        <w:ind w:left="120"/>
      </w:pPr>
      <w:r>
        <w:rPr>
          <w:rFonts w:ascii="Arial" w:hAnsi="Arial"/>
          <w:b/>
          <w:sz w:val="22"/>
          <w:color w:val="0D47A1"/>
        </w:rPr>
        <w:t xml:space="preserve">[A]  </w:t>
      </w:r>
      <w:r>
        <w:rPr>
          <w:rFonts w:ascii="Arial" w:hAnsi="Arial"/>
          <w:b/>
          <w:sz w:val="22"/>
          <w:color w:val="0D47A1"/>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Pittsburgh, Pennsylvania, United States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6pJ1SkyHXblUMk1fSBauWw_0000</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3rd_party_pdl_A</w:t>
            </w:r>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Common Pleas Court  [437 Grant St, Pittsburgh, PA 15219,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with the 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4046 Rosemonte Dr, Allison Park, Pennsylvania, 15101  [4046 Rosemonte Dr, Allison Park, PA 15101,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Pelusi’s current residential address is 4046 Rosemonte Dr, Allison Park, Pennsylvania, 15101</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2895 Dune Dr, Stuart, Florida, 34996  [2895 SE Dune Dr, Stuart, FL 34996,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moved more than once and is known to have lived at the following addresses: 2895 Dune Dr, Stuart, Florida, 34996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314 Garden Ct, Gibsonia, Pennsylvania, 15044  [314 Garden Ct, Gibsonia, PA 15044,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moved more than once and is known to have lived at the following addresses: 314 Garden Ct, Gibsonia, Pennsylvania, 15044</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1195 Braun Rd, Bethel Park, Pennsylvania, 15102  [1195 Braun Rd, Bethel Park, PA 15102,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moved more than once and is known to have lived at the following addresses: 1195 Braun Rd, Bethel Park, Pennsylvania, 15102</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1324 Dell Rd, Norristown, Pennsylvania, 19403  [1324 Dell Rd, Norristown, PA 19403,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used to live at 4 different addresses in 3 cities before moving to 1324 Dell Rd, Norristown, Pennsylvania, 19403</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2743 1st St, Fort Myers, Florida, 33916  [2743 First St, Fort Myers, FL 33916,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Pelusi’s home address is 2743 1st St, Fort Myers, Florida, 33916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12280 Eagle Pointe Cir, Fort Myers, Florida, 33913  [12280 Eagle Pointe Cir, Fort Myers, FL 33913,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Before moving to 12280 Eagle Pointe Cir, Fort Myers, Florida, 33913, Pelusi was a resident of 15 different addresses in 5 cities.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184 Dana Dr, Sewickley, Pennsylvania, 15143  [184 Dana Dr, Sewickley, PA 15143,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present address is 184 Dana Dr, Sewickley, Pennsylvania, 15143</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PITTSBURGH—John Pelusi's legacy at Pitt began on the football field</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Cathy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and his wife Cathy help student-athletes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Majors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late great legendary coach John Majors, who was both a mentor and tremendous friend to John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Their son John, following in his father's footsteps, also played football at Pitt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Verbanac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chair, John Verbanac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Louis Cestello</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along with four other longstanding members, including outgoing board chair Louis Cestello</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firing of former Pitt Athletic Director 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Robbie Luxbacher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contacted in October to schedule a meeting with Verbanac and Robbie Luxbacher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Allen Greene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 Athletic Director Allen Greene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and Cathy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is the son of John and Cathy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Jay</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uncles Jay and Jeff also played for the Panthers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Jeff</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uncles Jay and Jeff also played for the Panthers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Jim</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another uncle, Jim, played football at Columbia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Rich Thomaselli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another uncle, Rich Thomaselli, played football at West Virginia Wesleyan</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Anthony Cillo</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 attorney Anthony Cillo did not address those specific issues.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5" w:history="1">
              <w:r>
                <w:rPr>
                  <w:u w:val="single"/>
                  <w:color w:val="2E75B6"/>
                  <w:rFonts w:ascii="Arial" w:hAnsi="Arial"/>
                  <w:sz w:val="16"/>
                </w:rPr>
                <w:t>web_case_825_009</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Michael McGinley</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Pelusi's attorney, Michael McGinley, said he is the only emeritus trustee who has been denied access to board documents.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5" w:history="1">
              <w:r>
                <w:rPr>
                  <w:u w:val="single"/>
                  <w:color w:val="2E75B6"/>
                  <w:rFonts w:ascii="Arial" w:hAnsi="Arial"/>
                  <w:sz w:val="16"/>
                </w:rPr>
                <w:t>web_case_825_009</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Kathleen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following people are identified as John Pelusi’s family members: Kathleen Pelusi, John Pelusi, Lia Pelusi, Jodie Pelusi, Jacquie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Joan Gabel</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 met with the board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Jamie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daughter and sister to John and John Jr.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Shane Murray</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Panther teammate Shane Murray</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Jonathan J. Verbanac Sr.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suing his former board and its chair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8" w:history="1">
              <w:r>
                <w:rPr>
                  <w:u w:val="single"/>
                  <w:color w:val="2E75B6"/>
                  <w:rFonts w:ascii="Arial" w:hAnsi="Arial"/>
                  <w:sz w:val="16"/>
                </w:rPr>
                <w:t>web_case_825_007</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Jared Stonesifer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said Pitt spokesman Jared Stonesifer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8" w:history="1">
              <w:r>
                <w:rPr>
                  <w:u w:val="single"/>
                  <w:color w:val="2E75B6"/>
                  <w:rFonts w:ascii="Arial" w:hAnsi="Arial"/>
                  <w:sz w:val="16"/>
                </w:rPr>
                <w:t>web_case_825_007</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HFF, Inc.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went on to become the CEO and Vice Chairman of HFF, Inc.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Holliday Fenoglio Fowler, L. P.</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went on to become the CEO and Vice Chairman of HFF, Inc. (nyse) and Executive Managing Director and Managing Member of Holliday Fenoglio Fowler, L. P.</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is now the Assistant Athletic Director of Varsity Letter Club and Mentorship at 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 Board of Trustees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Former Pitt Board of Trustees member 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9" w:history="1">
              <w:r>
                <w:rPr>
                  <w:u w:val="single"/>
                  <w:color w:val="2E75B6"/>
                  <w:rFonts w:ascii="Arial" w:hAnsi="Arial"/>
                  <w:sz w:val="16"/>
                </w:rPr>
                <w:t>web_case_825_012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Pitt offensive coordinator Matt Cavanaugh</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controller at trek development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hff|accounting|real estate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6pJ1SkyHXblUMk1fSBauWw_0000</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3rd_party_pdl_A</w:t>
            </w:r>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CEO and Vice Chairman of HFF, Inc.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went on to become the CEO and Vice Chairman of HFF, Inc.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Executive Managing Director and Managing Member of Holliday Fenoglio Fowler, L. P.</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went on to become the CEO and Vice Chairman of HFF, Inc. (nyse) and Executive Managing Director and Managing Member of Holliday Fenoglio Fowler, L. P.</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Trustee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Longtime Pitt Trustee John Pelusi Jr.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Emeritus Trustee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non-voting Emeritus Trustee 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Chair of the trustees’ Athletic committee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was chair of the trustees’ Athletic committee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Member of the search committee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member of the search committee that brought Lyke to Pitt in 2017</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co-captain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co-captain of Pitt's 1976 national championship football team</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tight end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Seasoned contributor at tight end who figures to be a prominent contributor to the Pitt offense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starting center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former starting center for Pitt's football team</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voting trustee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had served as a voting trustee with various titles for 30 years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center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center John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offensive coordinator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quarterback and current Pitt offensive coordinator Matt Cavanaugh</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goalie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tends the goal for the Pitt women’s soccer team</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center for the Panthers’ undefeated 1976 national championship football team</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played center for the Panthers’ undefeated 1976 national championship football team</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8" w:history="1">
              <w:r>
                <w:rPr>
                  <w:u w:val="single"/>
                  <w:color w:val="2E75B6"/>
                  <w:rFonts w:ascii="Arial" w:hAnsi="Arial"/>
                  <w:sz w:val="16"/>
                </w:rPr>
                <w:t>web_case_825_007</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Assistant Athletic Director of Varsity Letter Club and Mentorship at 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is now the Assistant Athletic Director of Varsity Letter Club and Mentorship at 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Nickname / Alias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Pelusi's legacy at Pitt began on the football field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Nickname / Alias</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Christopher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Personal: John Christopher Pelusi, born 2/24/86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Email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jpelusi@hfflp.com</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email</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6pJ1SkyHXblUMk1fSBauWw_0000</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3rd_party_pdl_A</w:t>
            </w:r>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+14128418714</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US</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6pJ1SkyHXblUMk1fSBauWw_0000</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3rd_party_pdl_A</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(412) 973-1326</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(412) 973-1326 and (412) 492-0928 are John Pelusi’s current phone numbers.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(412) 492-0928</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(412) 973-1326 and (412) 492-0928 are John Pelusi’s current phone numbers.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(412) 901-4151</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is the registered owner of the phone number (412) 901-4151.</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(610) 222-4109</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(610) 222-4109 and (610) 564-6112 are John Pelusi’s current phone numbers.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(610) 564-6112</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(610) 222-4109 and (610) 564-6112 are John Pelusi’s current phone numbers.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(239) 278-0791</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5 phone numbers: (239) 278-0791, (724) 287-7089, and others.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(724) 287-7089</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5 phone numbers: (239) 278-0791, (724) 287-7089, and others.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(239) 561-9676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9 phone numbers: (239) 561-9676, (239) 561-4656, and others.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Phone Number</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(239) 561-4656</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has 9 phone numbers: (239) 561-9676, (239) 561-4656, and others.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Date of Birth</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2/24/86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born 2/24/86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Date of Birth</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1954-12-30</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John Pelusi was born on December 30, 1954.</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0" w:history="1">
              <w:r>
                <w:rPr>
                  <w:u w:val="single"/>
                  <w:color w:val="2E75B6"/>
                  <w:rFonts w:ascii="Arial" w:hAnsi="Arial"/>
                  <w:sz w:val="16"/>
                </w:rPr>
                <w:t>web_case_825_023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Origin / Founding</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  [4200 Fifth Ave, Pittsburgh, PA 15260, USA]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After graduating with a bachelor's degree from the Kenneth P. Dietrich School of Arts and Sciences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Origin / Founding</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Pittsburgh, Pa.  [Pittsburgh,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Hometown: - Pittsburgh, Pa.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bl>
    <w:p/>
    <w:p>
      <w:pPr>
        <w:spacing w:before="130" w:after="30"/>
        <w:shd w:val="clear" w:color="auto" w:fill="FFF3E0"/>
        <w:ind w:left="120"/>
      </w:pPr>
      <w:r>
        <w:rPr>
          <w:rFonts w:ascii="Arial" w:hAnsi="Arial"/>
          <w:b/>
          <w:sz w:val="22"/>
          <w:color w:val="E65C00"/>
        </w:rPr>
        <w:t xml:space="preserve">[A_1]  </w:t>
      </w:r>
      <w:r>
        <w:rPr>
          <w:rFonts w:ascii="Arial" w:hAnsi="Arial"/>
          <w:b/>
          <w:sz w:val="22"/>
          <w:color w:val="E65C00"/>
        </w:rPr>
        <w:t>Cathy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Cathy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and his wife Cathy help student-athletes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and his wife Cathy help student-athletes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Gabel's decision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Cathy and John have committed $2 million to the John and Cathy Pelusi Mentorship Program and the Cathy and John Pelusi Family Life Skills Program</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Gabel's decision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bl>
    <w:p/>
    <w:p>
      <w:pPr>
        <w:spacing w:before="130" w:after="30"/>
        <w:shd w:val="clear" w:color="auto" w:fill="E8F5E9"/>
        <w:ind w:left="120"/>
      </w:pPr>
      <w:r>
        <w:rPr>
          <w:rFonts w:ascii="Arial" w:hAnsi="Arial"/>
          <w:b/>
          <w:sz w:val="22"/>
          <w:color w:val="1B5E20"/>
        </w:rPr>
        <w:t xml:space="preserve">[A_2]  </w:t>
      </w:r>
      <w:r>
        <w:rPr>
          <w:rFonts w:ascii="Arial" w:hAnsi="Arial"/>
          <w:b/>
          <w:sz w:val="22"/>
          <w:color w:val="1B5E20"/>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Their son John, following in his father's footsteps, also played football at Pitt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Their son John, following in his father's footsteps, also played football at Pitt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Cathy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Their son John, following in his father's footsteps, also played football at 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Shane Murray</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Panther teammate Shane Murray</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is now the Assistant Athletic Director of Varsity Letter Club and Mentorship at 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Alliance 412</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serves as chief strategy and business development officer for Alliance 412</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Freshman tight end John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Assistant Athletic Director of Varsity Letter Club and Mentorship at Pitt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is now the Assistant Athletic Director of Varsity Letter Club and Mentorship at Pitt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chief strategy and business development officer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serves as chief strategy and business development officer for Alliance 412</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tight end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Freshman tight end 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bl>
    <w:p/>
    <w:p>
      <w:pPr>
        <w:spacing w:before="130" w:after="30"/>
        <w:shd w:val="clear" w:color="auto" w:fill="FDE8E8"/>
        <w:ind w:left="120"/>
      </w:pPr>
      <w:r>
        <w:rPr>
          <w:rFonts w:ascii="Arial" w:hAnsi="Arial"/>
          <w:b/>
          <w:sz w:val="22"/>
          <w:color w:val="B71C1C"/>
        </w:rPr>
        <w:t xml:space="preserve">[A_3]  </w:t>
      </w:r>
      <w:r>
        <w:rPr>
          <w:rFonts w:ascii="Arial" w:hAnsi="Arial"/>
          <w:b/>
          <w:sz w:val="22"/>
          <w:color w:val="B71C1C"/>
        </w:rPr>
        <w:t>John Verbanac</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Verbanac</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chair, John Verbanac</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a suit against the Board of Trustees and its current chair, John Verbanac</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 Board of Trustees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Chair John Verbanac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 Board of Trustees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filed a lawsuit in December 2024 against the board and chairperson John Verbanac</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9" w:history="1">
              <w:r>
                <w:rPr>
                  <w:u w:val="single"/>
                  <w:color w:val="2E75B6"/>
                  <w:rFonts w:ascii="Arial" w:hAnsi="Arial"/>
                  <w:sz w:val="16"/>
                </w:rPr>
                <w:t>web_case_825_012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Chairman John Verbanac revoked his right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Chair of the Board of Trustees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current chair, John Verbanac</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Chairperson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filed a lawsuit in December 2024 against the board and chairperson John Verbanac</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9" w:history="1">
              <w:r>
                <w:rPr>
                  <w:u w:val="single"/>
                  <w:color w:val="2E75B6"/>
                  <w:rFonts w:ascii="Arial" w:hAnsi="Arial"/>
                  <w:sz w:val="16"/>
                </w:rPr>
                <w:t>web_case_825_012</w:t>
              </w:r>
            </w:hyperlink>
          </w:p>
        </w:tc>
      </w:tr>
    </w:tbl>
    <w:p/>
    <w:p>
      <w:pPr>
        <w:spacing w:before="130" w:after="30"/>
        <w:shd w:val="clear" w:color="auto" w:fill="F3E8FF"/>
        <w:ind w:left="120"/>
      </w:pPr>
      <w:r>
        <w:rPr>
          <w:rFonts w:ascii="Arial" w:hAnsi="Arial"/>
          <w:b/>
          <w:sz w:val="22"/>
          <w:color w:val="4A148C"/>
        </w:rPr>
        <w:t xml:space="preserve">[A_4]  </w:t>
      </w:r>
      <w:r>
        <w:rPr>
          <w:rFonts w:ascii="Arial" w:hAnsi="Arial"/>
          <w:b/>
          <w:sz w:val="22"/>
          <w:color w:val="4A148C"/>
        </w:rPr>
        <w:t>Louis Cestello</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Louis Cestello</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including outgoing board chair Louis Cestello</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was elected emeritus trustee in June along with four other longstanding members, including outgoing board chair Louis Cestello</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Outgoing Board Chair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including outgoing board chair Louis Cestello</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bl>
    <w:p/>
    <w:p>
      <w:pPr>
        <w:spacing w:before="130" w:after="30"/>
        <w:shd w:val="clear" w:color="auto" w:fill="E0F7FA"/>
        <w:ind w:left="120"/>
      </w:pPr>
      <w:r>
        <w:rPr>
          <w:rFonts w:ascii="Arial" w:hAnsi="Arial"/>
          <w:b/>
          <w:sz w:val="22"/>
          <w:color w:val="006064"/>
        </w:rPr>
        <w:t xml:space="preserve">[A_5]  </w:t>
      </w:r>
      <w:r>
        <w:rPr>
          <w:rFonts w:ascii="Arial" w:hAnsi="Arial"/>
          <w:b/>
          <w:sz w:val="22"/>
          <w:color w:val="006064"/>
        </w:rPr>
        <w:t>Heather Lyke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Heather Lyke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firing of former Pitt Athletic Director Heather Lyke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was chair of the trustees’ Athletic committee and a member of the search committee that brought Lyke to Pitt in 2017</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Joan Gabel</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Gabel's decision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firing of former Pitt Athletic Director Heather Lyke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former Athletic Director 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Former Pitt Athletic Director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firing of former Pitt Athletic Director Heather Lyke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bl>
    <w:p/>
    <w:p>
      <w:pPr>
        <w:spacing w:before="130" w:after="30"/>
        <w:shd w:val="clear" w:color="auto" w:fill="FFF8E1"/>
        <w:ind w:left="120"/>
      </w:pPr>
      <w:r>
        <w:rPr>
          <w:rFonts w:ascii="Arial" w:hAnsi="Arial"/>
          <w:b/>
          <w:sz w:val="22"/>
          <w:color w:val="F57F17"/>
        </w:rPr>
        <w:t xml:space="preserve">[A_6]  </w:t>
      </w:r>
      <w:r>
        <w:rPr>
          <w:rFonts w:ascii="Arial" w:hAnsi="Arial"/>
          <w:b/>
          <w:sz w:val="22"/>
          <w:color w:val="F57F17"/>
        </w:rPr>
        <w:t>Robbie Luxbacher</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Robbie Luxbacher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contacted in October to schedule a meeting with Verbanac and Robbie Luxbacher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contacted in October to schedule a meeting with Verbanac and Robbie Luxbacher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Chair of the Governance, Nominating and Trusteeship committee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contacted in October to schedule a meeting with Verbanac and Robbie Luxbacher</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bl>
    <w:p/>
    <w:p>
      <w:pPr>
        <w:spacing w:before="130" w:after="30"/>
        <w:shd w:val="clear" w:color="auto" w:fill="E8F4FF"/>
        <w:ind w:left="120"/>
      </w:pPr>
      <w:r>
        <w:rPr>
          <w:rFonts w:ascii="Arial" w:hAnsi="Arial"/>
          <w:b/>
          <w:sz w:val="22"/>
          <w:color w:val="0D47A1"/>
        </w:rPr>
        <w:t xml:space="preserve">[A_7]  </w:t>
      </w:r>
      <w:r>
        <w:rPr>
          <w:rFonts w:ascii="Arial" w:hAnsi="Arial"/>
          <w:b/>
          <w:sz w:val="22"/>
          <w:color w:val="0D47A1"/>
        </w:rPr>
        <w:t>Allen Greene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Allen Greene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 Athletic Director Allen Greene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 Athletic Director Allen Greene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Pitt Athletic Director Allen Greene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bl>
    <w:p/>
    <w:p>
      <w:pPr>
        <w:spacing w:before="130" w:after="30"/>
        <w:shd w:val="clear" w:color="auto" w:fill="FFF3E0"/>
        <w:ind w:left="120"/>
      </w:pPr>
      <w:r>
        <w:rPr>
          <w:rFonts w:ascii="Arial" w:hAnsi="Arial"/>
          <w:b/>
          <w:sz w:val="22"/>
          <w:color w:val="E65C00"/>
        </w:rPr>
        <w:t xml:space="preserve">[A_8]  </w:t>
      </w:r>
      <w:r>
        <w:rPr>
          <w:rFonts w:ascii="Arial" w:hAnsi="Arial"/>
          <w:b/>
          <w:sz w:val="22"/>
          <w:color w:val="E65C00"/>
        </w:rPr>
        <w:t>Joan Gabel</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Joan Gabel</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 met with the board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Address</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[Allegheny County, PA, USA]</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this month in Allegheny County Common Pleas Court</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Country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residence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 met with the board, including emeritus trustees</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Gabel's decision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 met with the board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Gabel's decision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Chancellor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Chancellor Joan Gabel met with the board</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bl>
    <w:p/>
    <w:p>
      <w:pPr>
        <w:spacing w:before="130" w:after="30"/>
        <w:shd w:val="clear" w:color="auto" w:fill="E8F5E9"/>
        <w:ind w:left="120"/>
      </w:pPr>
      <w:r>
        <w:rPr>
          <w:rFonts w:ascii="Arial" w:hAnsi="Arial"/>
          <w:b/>
          <w:sz w:val="22"/>
          <w:color w:val="1B5E20"/>
        </w:rPr>
        <w:t xml:space="preserve">[A_9]  </w:t>
      </w:r>
      <w:r>
        <w:rPr>
          <w:rFonts w:ascii="Arial" w:hAnsi="Arial"/>
          <w:b/>
          <w:sz w:val="22"/>
          <w:color w:val="1B5E20"/>
        </w:rPr>
        <w:t>Jamie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1B3A6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Full Name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Jamie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daughter and sister to John and John Jr.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Entity Type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Person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entity</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6"/>
                <w:color w:val="2E75B6"/>
              </w:rPr>
              <w:t>—</w:t>
            </w:r>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Associated Individual</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John Pelusi</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daughter and sister to John and John Jr.</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Employer / Organization</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Pitt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tends the goal for the Pitt women’s soccer team</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Job Title / Role</w:t>
            </w:r>
          </w:p>
        </w:tc>
        <w:tc>
          <w:tcPr>
            <w:tcW w:type="dxa" w:w="2736"/>
            <w:tcW w:w="28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goalie</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tends the goal for the Pitt women’s soccer team</w:t>
            </w:r>
          </w:p>
        </w:tc>
        <w:tc>
          <w:tcPr>
            <w:tcW w:type="dxa" w:w="2736"/>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bl>
    <w:p/>
    <w:p>
      <w:pPr>
        <w:spacing w:before="220" w:after="70"/>
        <w:pBdr>
          <w:bottom w:val="single" w:sz="6" w:space="4" w:color="C9A84C"/>
        </w:pBdr>
      </w:pPr>
      <w:r>
        <w:rPr>
          <w:rFonts w:ascii="Arial" w:hAnsi="Arial"/>
          <w:b/>
          <w:sz w:val="24"/>
          <w:color w:val="1B3A6B"/>
        </w:rPr>
        <w:t>2.  Reputation, Crime &amp; Negative News</w:t>
      </w:r>
    </w:p>
    <w:p>
      <w:pPr>
        <w:spacing w:before="130" w:after="30"/>
        <w:shd w:val="clear" w:color="auto" w:fill="E8F4FF"/>
        <w:ind w:left="120"/>
      </w:pPr>
      <w:r>
        <w:rPr>
          <w:rFonts w:ascii="Arial" w:hAnsi="Arial"/>
          <w:b/>
          <w:sz w:val="22"/>
          <w:color w:val="0D47A1"/>
        </w:rPr>
        <w:t xml:space="preserve">[A]  </w:t>
      </w:r>
      <w:r>
        <w:rPr>
          <w:rFonts w:ascii="Arial" w:hAnsi="Arial"/>
          <w:b/>
          <w:sz w:val="22"/>
          <w:color w:val="0D47A1"/>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Lawsuit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Civil litigation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a suit against the Board of Trustees and its current chair, John Verbanac</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inappropriate and disruptive conduct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behavior</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Pelusi's privilege of attending meetings as an emeritus trustee was temporarily suspended because he engaged in inappropriate and disruptive conduct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Retaliation</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faced retribution after raising questions and demanding documents related to controversial decisions by the university.</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5" w:history="1">
              <w:r>
                <w:rPr>
                  <w:u w:val="single"/>
                  <w:color w:val="2E75B6"/>
                  <w:rFonts w:ascii="Arial" w:hAnsi="Arial"/>
                  <w:sz w:val="16"/>
                </w:rPr>
                <w:t>web_case_825_009</w:t>
              </w:r>
            </w:hyperlink>
          </w:p>
        </w:tc>
      </w:tr>
    </w:tbl>
    <w:p/>
    <w:p>
      <w:pPr>
        <w:spacing w:before="130" w:after="30"/>
        <w:shd w:val="clear" w:color="auto" w:fill="FFF3E0"/>
        <w:ind w:left="120"/>
      </w:pPr>
      <w:r>
        <w:rPr>
          <w:rFonts w:ascii="Arial" w:hAnsi="Arial"/>
          <w:b/>
          <w:sz w:val="22"/>
          <w:color w:val="E65C00"/>
        </w:rPr>
        <w:t xml:space="preserve">[A_1]  </w:t>
      </w:r>
      <w:r>
        <w:rPr>
          <w:rFonts w:ascii="Arial" w:hAnsi="Arial"/>
          <w:b/>
          <w:sz w:val="22"/>
          <w:color w:val="E65C00"/>
        </w:rPr>
        <w:t>Cathy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Reputational and financial risks</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created reputational and financial risks for Pitt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lawsuit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event</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lawsuit filed by Mr.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20" w:history="1">
              <w:r>
                <w:rPr>
                  <w:u w:val="single"/>
                  <w:color w:val="2E75B6"/>
                  <w:rFonts w:ascii="Arial" w:hAnsi="Arial"/>
                  <w:sz w:val="16"/>
                </w:rPr>
                <w:t>web_case_825_negative_003</w:t>
              </w:r>
            </w:hyperlink>
          </w:p>
        </w:tc>
      </w:tr>
    </w:tbl>
    <w:p/>
    <w:p>
      <w:pPr>
        <w:spacing w:before="130" w:after="30"/>
        <w:shd w:val="clear" w:color="auto" w:fill="E8F5E9"/>
        <w:ind w:left="120"/>
      </w:pPr>
      <w:r>
        <w:rPr>
          <w:rFonts w:ascii="Arial" w:hAnsi="Arial"/>
          <w:b/>
          <w:sz w:val="22"/>
          <w:color w:val="1B5E20"/>
        </w:rPr>
        <w:t xml:space="preserve">[A_2]  </w:t>
      </w:r>
      <w:r>
        <w:rPr>
          <w:rFonts w:ascii="Arial" w:hAnsi="Arial"/>
          <w:b/>
          <w:sz w:val="22"/>
          <w:color w:val="1B5E20"/>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Reputational and financial risks</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could cost Pitt millions of dollars in donations</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bl>
    <w:p/>
    <w:p>
      <w:pPr>
        <w:spacing w:before="130" w:after="30"/>
        <w:shd w:val="clear" w:color="auto" w:fill="FDE8E8"/>
        <w:ind w:left="120"/>
      </w:pPr>
      <w:r>
        <w:rPr>
          <w:rFonts w:ascii="Arial" w:hAnsi="Arial"/>
          <w:b/>
          <w:sz w:val="22"/>
          <w:color w:val="B71C1C"/>
        </w:rPr>
        <w:t xml:space="preserve">[A_3]  </w:t>
      </w:r>
      <w:r>
        <w:rPr>
          <w:rFonts w:ascii="Arial" w:hAnsi="Arial"/>
          <w:b/>
          <w:sz w:val="22"/>
          <w:color w:val="B71C1C"/>
        </w:rPr>
        <w:t>John Verbanac</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Lawsuit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Civil litigation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a suit against the Board of Trustees and its current chair, John Verbanac</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Retaliation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retaliated against him when he pushed for the information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inappropriate and disruptive conduct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behavior</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inappropriate and disruptive conduct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20" w:history="1">
              <w:r>
                <w:rPr>
                  <w:u w:val="single"/>
                  <w:color w:val="2E75B6"/>
                  <w:rFonts w:ascii="Arial" w:hAnsi="Arial"/>
                  <w:sz w:val="16"/>
                </w:rPr>
                <w:t>web_case_825_negative_003</w:t>
              </w:r>
            </w:hyperlink>
          </w:p>
        </w:tc>
      </w:tr>
    </w:tbl>
    <w:p/>
    <w:p>
      <w:pPr>
        <w:spacing w:before="130" w:after="30"/>
        <w:shd w:val="clear" w:color="auto" w:fill="F3E8FF"/>
        <w:ind w:left="120"/>
      </w:pPr>
      <w:r>
        <w:rPr>
          <w:rFonts w:ascii="Arial" w:hAnsi="Arial"/>
          <w:b/>
          <w:sz w:val="22"/>
          <w:color w:val="4A148C"/>
        </w:rPr>
        <w:t xml:space="preserve">[A_4]  </w:t>
      </w:r>
      <w:r>
        <w:rPr>
          <w:rFonts w:ascii="Arial" w:hAnsi="Arial"/>
          <w:b/>
          <w:sz w:val="22"/>
          <w:color w:val="4A148C"/>
        </w:rPr>
        <w:t>Louis Cestello</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adverse news, crime, or negative findings identified</w:t>
            </w:r>
          </w:p>
        </w:tc>
      </w:tr>
    </w:tbl>
    <w:p/>
    <w:p>
      <w:pPr>
        <w:spacing w:before="130" w:after="30"/>
        <w:shd w:val="clear" w:color="auto" w:fill="E0F7FA"/>
        <w:ind w:left="120"/>
      </w:pPr>
      <w:r>
        <w:rPr>
          <w:rFonts w:ascii="Arial" w:hAnsi="Arial"/>
          <w:b/>
          <w:sz w:val="22"/>
          <w:color w:val="006064"/>
        </w:rPr>
        <w:t xml:space="preserve">[A_5]  </w:t>
      </w:r>
      <w:r>
        <w:rPr>
          <w:rFonts w:ascii="Arial" w:hAnsi="Arial"/>
          <w:b/>
          <w:sz w:val="22"/>
          <w:color w:val="006064"/>
        </w:rPr>
        <w:t>Heather Lyke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Firing</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Executive &amp; leadership misconduct</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firing of former Pitt Athletic Director Heather Lyke</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Termination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Civil litigation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the fall termination of former athletic director Heather Lyke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8" w:history="1">
              <w:r>
                <w:rPr>
                  <w:u w:val="single"/>
                  <w:color w:val="2E75B6"/>
                  <w:rFonts w:ascii="Arial" w:hAnsi="Arial"/>
                  <w:sz w:val="16"/>
                </w:rPr>
                <w:t>web_case_825_007</w:t>
              </w:r>
            </w:hyperlink>
          </w:p>
        </w:tc>
      </w:tr>
    </w:tbl>
    <w:p/>
    <w:p>
      <w:pPr>
        <w:spacing w:before="130" w:after="30"/>
        <w:shd w:val="clear" w:color="auto" w:fill="FFF8E1"/>
        <w:ind w:left="120"/>
      </w:pPr>
      <w:r>
        <w:rPr>
          <w:rFonts w:ascii="Arial" w:hAnsi="Arial"/>
          <w:b/>
          <w:sz w:val="22"/>
          <w:color w:val="F57F17"/>
        </w:rPr>
        <w:t xml:space="preserve">[A_6]  </w:t>
      </w:r>
      <w:r>
        <w:rPr>
          <w:rFonts w:ascii="Arial" w:hAnsi="Arial"/>
          <w:b/>
          <w:sz w:val="22"/>
          <w:color w:val="F57F17"/>
        </w:rPr>
        <w:t>Robbie Luxbacher</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adverse news, crime, or negative findings identified</w:t>
            </w:r>
          </w:p>
        </w:tc>
      </w:tr>
    </w:tbl>
    <w:p/>
    <w:p>
      <w:pPr>
        <w:spacing w:before="130" w:after="30"/>
        <w:shd w:val="clear" w:color="auto" w:fill="E8F4FF"/>
        <w:ind w:left="120"/>
      </w:pPr>
      <w:r>
        <w:rPr>
          <w:rFonts w:ascii="Arial" w:hAnsi="Arial"/>
          <w:b/>
          <w:sz w:val="22"/>
          <w:color w:val="0D47A1"/>
        </w:rPr>
        <w:t xml:space="preserve">[A_7]  </w:t>
      </w:r>
      <w:r>
        <w:rPr>
          <w:rFonts w:ascii="Arial" w:hAnsi="Arial"/>
          <w:b/>
          <w:sz w:val="22"/>
          <w:color w:val="0D47A1"/>
        </w:rPr>
        <w:t>Allen Greene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adverse news, crime, or negative findings identified</w:t>
            </w:r>
          </w:p>
        </w:tc>
      </w:tr>
    </w:tbl>
    <w:p/>
    <w:p>
      <w:pPr>
        <w:spacing w:before="130" w:after="30"/>
        <w:shd w:val="clear" w:color="auto" w:fill="FFF3E0"/>
        <w:ind w:left="120"/>
      </w:pPr>
      <w:r>
        <w:rPr>
          <w:rFonts w:ascii="Arial" w:hAnsi="Arial"/>
          <w:b/>
          <w:sz w:val="22"/>
          <w:color w:val="E65C00"/>
        </w:rPr>
        <w:t xml:space="preserve">[A_8]  </w:t>
      </w:r>
      <w:r>
        <w:rPr>
          <w:rFonts w:ascii="Arial" w:hAnsi="Arial"/>
          <w:b/>
          <w:sz w:val="22"/>
          <w:color w:val="E65C00"/>
        </w:rPr>
        <w:t>Joan Gabel</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Reputational and financial risks</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created reputational and financial risks for Pitt</w:t>
            </w:r>
          </w:p>
        </w:tc>
        <w:tc>
          <w:tcPr>
            <w:tcW w:type="dxa" w:w="2736"/>
            <w:tcW w:w="1500" w:type="dxa"/>
            <w:shd w:val="clear" w:color="auto" w:fill="FFF0F0"/>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Negative News / Crime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lawsuit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event</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lawsuit filed by Mr. Pelusi</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20" w:history="1">
              <w:r>
                <w:rPr>
                  <w:u w:val="single"/>
                  <w:color w:val="2E75B6"/>
                  <w:rFonts w:ascii="Arial" w:hAnsi="Arial"/>
                  <w:sz w:val="16"/>
                </w:rPr>
                <w:t>web_case_825_negative_003</w:t>
              </w:r>
            </w:hyperlink>
          </w:p>
        </w:tc>
      </w:tr>
    </w:tbl>
    <w:p/>
    <w:p>
      <w:pPr>
        <w:spacing w:before="130" w:after="30"/>
        <w:shd w:val="clear" w:color="auto" w:fill="E8F5E9"/>
        <w:ind w:left="120"/>
      </w:pPr>
      <w:r>
        <w:rPr>
          <w:rFonts w:ascii="Arial" w:hAnsi="Arial"/>
          <w:b/>
          <w:sz w:val="22"/>
          <w:color w:val="1B5E20"/>
        </w:rPr>
        <w:t xml:space="preserve">[A_9]  </w:t>
      </w:r>
      <w:r>
        <w:rPr>
          <w:rFonts w:ascii="Arial" w:hAnsi="Arial"/>
          <w:b/>
          <w:sz w:val="22"/>
          <w:color w:val="1B5E20"/>
        </w:rPr>
        <w:t>Jamie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0392B"/>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adverse news, crime, or negative findings identified</w:t>
            </w:r>
          </w:p>
        </w:tc>
      </w:tr>
    </w:tbl>
    <w:p/>
    <w:p>
      <w:pPr>
        <w:spacing w:before="220" w:after="70"/>
        <w:pBdr>
          <w:bottom w:val="single" w:sz="6" w:space="4" w:color="C9A84C"/>
        </w:pBdr>
      </w:pPr>
      <w:r>
        <w:rPr>
          <w:rFonts w:ascii="Arial" w:hAnsi="Arial"/>
          <w:b/>
          <w:sz w:val="24"/>
          <w:color w:val="1B3A6B"/>
        </w:rPr>
        <w:t>3.  PEP &amp; Government Association</w:t>
      </w:r>
    </w:p>
    <w:p>
      <w:pPr>
        <w:spacing w:before="130" w:after="30"/>
        <w:shd w:val="clear" w:color="auto" w:fill="E8F4FF"/>
        <w:ind w:left="120"/>
      </w:pPr>
      <w:r>
        <w:rPr>
          <w:rFonts w:ascii="Arial" w:hAnsi="Arial"/>
          <w:b/>
          <w:sz w:val="22"/>
          <w:color w:val="0D47A1"/>
        </w:rPr>
        <w:t xml:space="preserve">[A]  </w:t>
      </w:r>
      <w:r>
        <w:rPr>
          <w:rFonts w:ascii="Arial" w:hAnsi="Arial"/>
          <w:b/>
          <w:sz w:val="22"/>
          <w:color w:val="0D47A1"/>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Political Entity</w:t>
            </w:r>
          </w:p>
        </w:tc>
        <w:tc>
          <w:tcPr>
            <w:tcW w:type="dxa" w:w="2736"/>
            <w:tcW w:w="28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House vs. NCAA settlement</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event</w:t>
            </w:r>
          </w:p>
        </w:tc>
        <w:tc>
          <w:tcPr>
            <w:tcW w:type="dxa" w:w="2736"/>
            <w:tcW w:w="422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had concerns about: Pitt’s Name, Image and Likeness policies; challenges associated with the House vs. NCAA settlement</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Political Entity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NCAA</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 questioned the handling of Athletic Director Heather Lyke's firing earlier this year. Pelusi's complaint said Pitt 'may lose multiple six- and seven-figure donations resulting from how the University handled that situation. This unforced error could have been avoided if the Trustees, including Mr. Pelusi, were not kept in the dark when they made legitimate requests for information.'</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5" w:history="1">
              <w:r>
                <w:rPr>
                  <w:u w:val="single"/>
                  <w:color w:val="2E75B6"/>
                  <w:rFonts w:ascii="Arial" w:hAnsi="Arial"/>
                  <w:sz w:val="16"/>
                </w:rPr>
                <w:t>web_case_825_009</w:t>
              </w:r>
            </w:hyperlink>
          </w:p>
        </w:tc>
      </w:tr>
      <w:tr>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Political Entity</w:t>
            </w:r>
          </w:p>
        </w:tc>
        <w:tc>
          <w:tcPr>
            <w:tcW w:type="dxa" w:w="2736"/>
            <w:tcW w:w="28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Common Pleas Court</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hearing on Pelusi’s injunction request is scheduled for February in the Allegheny County Common Pleas Court</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Government Agency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part of the order filed on Jan. 31 by the Allegheny County Common Pleas Court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Government Agency</w:t>
            </w:r>
          </w:p>
        </w:tc>
        <w:tc>
          <w:tcPr>
            <w:tcW w:type="dxa" w:w="2736"/>
            <w:tcW w:w="28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Court</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 bitter split among the top leadership at the University of Pittsburgh has spilled into the courts.</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5" w:history="1">
              <w:r>
                <w:rPr>
                  <w:u w:val="single"/>
                  <w:color w:val="2E75B6"/>
                  <w:rFonts w:ascii="Arial" w:hAnsi="Arial"/>
                  <w:sz w:val="16"/>
                </w:rPr>
                <w:t>web_case_825_009</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Government Agency</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 of Pittsburgh Commonwealth Act of 1966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legislation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as outlined in the University of Pittsburgh Commonwealth Act of 1966</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6" w:history="1">
              <w:r>
                <w:rPr>
                  <w:u w:val="single"/>
                  <w:color w:val="2E75B6"/>
                  <w:rFonts w:ascii="Arial" w:hAnsi="Arial"/>
                  <w:sz w:val="16"/>
                </w:rPr>
                <w:t>web_case_825_003</w:t>
              </w:r>
            </w:hyperlink>
          </w:p>
        </w:tc>
      </w:tr>
    </w:tbl>
    <w:p/>
    <w:p>
      <w:pPr>
        <w:spacing w:before="130" w:after="30"/>
        <w:shd w:val="clear" w:color="auto" w:fill="FFF3E0"/>
        <w:ind w:left="120"/>
      </w:pPr>
      <w:r>
        <w:rPr>
          <w:rFonts w:ascii="Arial" w:hAnsi="Arial"/>
          <w:b/>
          <w:sz w:val="22"/>
          <w:color w:val="E65C00"/>
        </w:rPr>
        <w:t xml:space="preserve">[A_1]  </w:t>
      </w:r>
      <w:r>
        <w:rPr>
          <w:rFonts w:ascii="Arial" w:hAnsi="Arial"/>
          <w:b/>
          <w:sz w:val="22"/>
          <w:color w:val="E65C00"/>
        </w:rPr>
        <w:t>Cathy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E8F5E9"/>
        <w:ind w:left="120"/>
      </w:pPr>
      <w:r>
        <w:rPr>
          <w:rFonts w:ascii="Arial" w:hAnsi="Arial"/>
          <w:b/>
          <w:sz w:val="22"/>
          <w:color w:val="1B5E20"/>
        </w:rPr>
        <w:t xml:space="preserve">[A_2]  </w:t>
      </w:r>
      <w:r>
        <w:rPr>
          <w:rFonts w:ascii="Arial" w:hAnsi="Arial"/>
          <w:b/>
          <w:sz w:val="22"/>
          <w:color w:val="1B5E20"/>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FDE8E8"/>
        <w:ind w:left="120"/>
      </w:pPr>
      <w:r>
        <w:rPr>
          <w:rFonts w:ascii="Arial" w:hAnsi="Arial"/>
          <w:b/>
          <w:sz w:val="22"/>
          <w:color w:val="B71C1C"/>
        </w:rPr>
        <w:t xml:space="preserve">[A_3]  </w:t>
      </w:r>
      <w:r>
        <w:rPr>
          <w:rFonts w:ascii="Arial" w:hAnsi="Arial"/>
          <w:b/>
          <w:sz w:val="22"/>
          <w:color w:val="B71C1C"/>
        </w:rPr>
        <w:t>John Verbanac</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Government Agency</w:t>
            </w:r>
          </w:p>
        </w:tc>
        <w:tc>
          <w:tcPr>
            <w:tcW w:type="dxa" w:w="2736"/>
            <w:tcW w:w="28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Allegheny County Court of Common Pleas</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organization</w:t>
            </w:r>
          </w:p>
        </w:tc>
        <w:tc>
          <w:tcPr>
            <w:tcW w:type="dxa" w:w="2736"/>
            <w:tcW w:w="422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filed the lawsuit alleging retaliation against the board and Chair Jonathan J. Verbanac Sr. early this month in Allegheny County Court of Common Pleas</w:t>
            </w:r>
          </w:p>
        </w:tc>
        <w:tc>
          <w:tcPr>
            <w:tcW w:type="dxa" w:w="2736"/>
            <w:tcW w:w="1500" w:type="dxa"/>
            <w:shd w:val="clear" w:color="auto" w:fill="F5F0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8" w:history="1">
              <w:r>
                <w:rPr>
                  <w:u w:val="single"/>
                  <w:color w:val="2E75B6"/>
                  <w:rFonts w:ascii="Arial" w:hAnsi="Arial"/>
                  <w:sz w:val="16"/>
                </w:rPr>
                <w:t>web_case_825_007</w:t>
              </w:r>
            </w:hyperlink>
          </w:p>
        </w:tc>
      </w:tr>
    </w:tbl>
    <w:p/>
    <w:p>
      <w:pPr>
        <w:spacing w:before="130" w:after="30"/>
        <w:shd w:val="clear" w:color="auto" w:fill="F3E8FF"/>
        <w:ind w:left="120"/>
      </w:pPr>
      <w:r>
        <w:rPr>
          <w:rFonts w:ascii="Arial" w:hAnsi="Arial"/>
          <w:b/>
          <w:sz w:val="22"/>
          <w:color w:val="4A148C"/>
        </w:rPr>
        <w:t xml:space="preserve">[A_4]  </w:t>
      </w:r>
      <w:r>
        <w:rPr>
          <w:rFonts w:ascii="Arial" w:hAnsi="Arial"/>
          <w:b/>
          <w:sz w:val="22"/>
          <w:color w:val="4A148C"/>
        </w:rPr>
        <w:t>Louis Cestello</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E0F7FA"/>
        <w:ind w:left="120"/>
      </w:pPr>
      <w:r>
        <w:rPr>
          <w:rFonts w:ascii="Arial" w:hAnsi="Arial"/>
          <w:b/>
          <w:sz w:val="22"/>
          <w:color w:val="006064"/>
        </w:rPr>
        <w:t xml:space="preserve">[A_5]  </w:t>
      </w:r>
      <w:r>
        <w:rPr>
          <w:rFonts w:ascii="Arial" w:hAnsi="Arial"/>
          <w:b/>
          <w:sz w:val="22"/>
          <w:color w:val="006064"/>
        </w:rPr>
        <w:t>Heather Lyke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FFF8E1"/>
        <w:ind w:left="120"/>
      </w:pPr>
      <w:r>
        <w:rPr>
          <w:rFonts w:ascii="Arial" w:hAnsi="Arial"/>
          <w:b/>
          <w:sz w:val="22"/>
          <w:color w:val="F57F17"/>
        </w:rPr>
        <w:t xml:space="preserve">[A_6]  </w:t>
      </w:r>
      <w:r>
        <w:rPr>
          <w:rFonts w:ascii="Arial" w:hAnsi="Arial"/>
          <w:b/>
          <w:sz w:val="22"/>
          <w:color w:val="F57F17"/>
        </w:rPr>
        <w:t>Robbie Luxbacher</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E8F4FF"/>
        <w:ind w:left="120"/>
      </w:pPr>
      <w:r>
        <w:rPr>
          <w:rFonts w:ascii="Arial" w:hAnsi="Arial"/>
          <w:b/>
          <w:sz w:val="22"/>
          <w:color w:val="0D47A1"/>
        </w:rPr>
        <w:t xml:space="preserve">[A_7]  </w:t>
      </w:r>
      <w:r>
        <w:rPr>
          <w:rFonts w:ascii="Arial" w:hAnsi="Arial"/>
          <w:b/>
          <w:sz w:val="22"/>
          <w:color w:val="0D47A1"/>
        </w:rPr>
        <w:t>Allen Greene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FFF3E0"/>
        <w:ind w:left="120"/>
      </w:pPr>
      <w:r>
        <w:rPr>
          <w:rFonts w:ascii="Arial" w:hAnsi="Arial"/>
          <w:b/>
          <w:sz w:val="22"/>
          <w:color w:val="E65C00"/>
        </w:rPr>
        <w:t xml:space="preserve">[A_8]  </w:t>
      </w:r>
      <w:r>
        <w:rPr>
          <w:rFonts w:ascii="Arial" w:hAnsi="Arial"/>
          <w:b/>
          <w:sz w:val="22"/>
          <w:color w:val="E65C00"/>
        </w:rPr>
        <w:t>Joan Gabel</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130" w:after="30"/>
        <w:shd w:val="clear" w:color="auto" w:fill="E8F5E9"/>
        <w:ind w:left="120"/>
      </w:pPr>
      <w:r>
        <w:rPr>
          <w:rFonts w:ascii="Arial" w:hAnsi="Arial"/>
          <w:b/>
          <w:sz w:val="22"/>
          <w:color w:val="1B5E20"/>
        </w:rPr>
        <w:t xml:space="preserve">[A_9]  </w:t>
      </w:r>
      <w:r>
        <w:rPr>
          <w:rFonts w:ascii="Arial" w:hAnsi="Arial"/>
          <w:b/>
          <w:sz w:val="22"/>
          <w:color w:val="1B5E20"/>
        </w:rPr>
        <w:t>Jamie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6B21A8"/>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0FAF4"/>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1A7A4A"/>
              </w:rPr>
              <w:t>No PEP or government association identified</w:t>
            </w:r>
          </w:p>
        </w:tc>
      </w:tr>
    </w:tbl>
    <w:p/>
    <w:p>
      <w:pPr>
        <w:spacing w:before="220" w:after="70"/>
        <w:pBdr>
          <w:bottom w:val="single" w:sz="6" w:space="4" w:color="C9A84C"/>
        </w:pBdr>
      </w:pPr>
      <w:r>
        <w:rPr>
          <w:rFonts w:ascii="Arial" w:hAnsi="Arial"/>
          <w:b/>
          <w:sz w:val="24"/>
          <w:color w:val="1B3A6B"/>
        </w:rPr>
        <w:t>4.  Source of Wealth &amp; Ownership</w:t>
      </w:r>
    </w:p>
    <w:p>
      <w:pPr>
        <w:spacing w:before="130" w:after="30"/>
        <w:shd w:val="clear" w:color="auto" w:fill="E8F4FF"/>
        <w:ind w:left="120"/>
      </w:pPr>
      <w:r>
        <w:rPr>
          <w:rFonts w:ascii="Arial" w:hAnsi="Arial"/>
          <w:b/>
          <w:sz w:val="22"/>
          <w:color w:val="0D47A1"/>
        </w:rPr>
        <w:t xml:space="preserve">[A]  </w:t>
      </w:r>
      <w:r>
        <w:rPr>
          <w:rFonts w:ascii="Arial" w:hAnsi="Arial"/>
          <w:b/>
          <w:sz w:val="22"/>
          <w:color w:val="0D47A1"/>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Donations to University of Pittsburgh</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employment income</w:t>
            </w:r>
          </w:p>
        </w:tc>
        <w:tc>
          <w:tcPr>
            <w:tcW w:type="dxa" w:w="2736"/>
            <w:tcW w:w="422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Cathy and John have committed $2 million to the John and Cathy Pelusi Mentorship Program and the Cathy and John Pelusi Family Life Skills Program</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large contributions to Pitt Athletics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donation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Pelusi, his wife and their family foundation have been large contributors to Pitt Athletics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9" w:history="1">
              <w:r>
                <w:rPr>
                  <w:u w:val="single"/>
                  <w:color w:val="2E75B6"/>
                  <w:rFonts w:ascii="Arial" w:hAnsi="Arial"/>
                  <w:sz w:val="16"/>
                </w:rPr>
                <w:t>web_case_825_005</w:t>
              </w:r>
            </w:hyperlink>
          </w:p>
        </w:tc>
      </w:tr>
      <w:tr>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university-related income</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employment income</w:t>
            </w:r>
          </w:p>
        </w:tc>
        <w:tc>
          <w:tcPr>
            <w:tcW w:type="dxa" w:w="2736"/>
            <w:tcW w:w="422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served as a trustee for nearly 30 years</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3" w:history="1">
              <w:r>
                <w:rPr>
                  <w:u w:val="single"/>
                  <w:color w:val="2E75B6"/>
                  <w:rFonts w:ascii="Arial" w:hAnsi="Arial"/>
                  <w:sz w:val="16"/>
                </w:rPr>
                <w:t>web_case_825_006</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athletic scholarship</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employment income</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High Honors student. . . YMCA Scholar-Athlete honoree. . . KDKA Extra Effort Award recipient.</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4" w:history="1">
              <w:r>
                <w:rPr>
                  <w:u w:val="single"/>
                  <w:color w:val="2E75B6"/>
                  <w:rFonts w:ascii="Arial" w:hAnsi="Arial"/>
                  <w:sz w:val="16"/>
                </w:rPr>
                <w:t>web_case_825_008</w:t>
              </w:r>
            </w:hyperlink>
          </w:p>
        </w:tc>
      </w:tr>
      <w:tr>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scholarship offers</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scholarship offers from Boston College and Stanford</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employment income</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served on the board for more than 30 years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bl>
    <w:p/>
    <w:p>
      <w:pPr>
        <w:spacing w:before="130" w:after="30"/>
        <w:shd w:val="clear" w:color="auto" w:fill="FFF3E0"/>
        <w:ind w:left="120"/>
      </w:pPr>
      <w:r>
        <w:rPr>
          <w:rFonts w:ascii="Arial" w:hAnsi="Arial"/>
          <w:b/>
          <w:sz w:val="22"/>
          <w:color w:val="E65C00"/>
        </w:rPr>
        <w:t xml:space="preserve">[A_1]  </w:t>
      </w:r>
      <w:r>
        <w:rPr>
          <w:rFonts w:ascii="Arial" w:hAnsi="Arial"/>
          <w:b/>
          <w:sz w:val="22"/>
          <w:color w:val="E65C00"/>
        </w:rPr>
        <w:t>Cathy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Donations to University of Pittsburgh</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employment income</w:t>
            </w:r>
          </w:p>
        </w:tc>
        <w:tc>
          <w:tcPr>
            <w:tcW w:type="dxa" w:w="2736"/>
            <w:tcW w:w="422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Cathy and John have committed $2 million to the John and Cathy Pelusi Mentorship Program and the Cathy and John Pelusi Family Life Skills Program</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2" w:history="1">
              <w:r>
                <w:rPr>
                  <w:u w:val="single"/>
                  <w:color w:val="2E75B6"/>
                  <w:rFonts w:ascii="Arial" w:hAnsi="Arial"/>
                  <w:sz w:val="16"/>
                </w:rPr>
                <w:t>web_case_825_002</w:t>
              </w:r>
            </w:hyperlink>
          </w:p>
        </w:tc>
      </w:tr>
    </w:tbl>
    <w:p/>
    <w:p>
      <w:pPr>
        <w:spacing w:before="130" w:after="30"/>
        <w:shd w:val="clear" w:color="auto" w:fill="E8F5E9"/>
        <w:ind w:left="120"/>
      </w:pPr>
      <w:r>
        <w:rPr>
          <w:rFonts w:ascii="Arial" w:hAnsi="Arial"/>
          <w:b/>
          <w:sz w:val="22"/>
          <w:color w:val="1B5E20"/>
        </w:rPr>
        <w:t xml:space="preserve">[A_2]  </w:t>
      </w:r>
      <w:r>
        <w:rPr>
          <w:rFonts w:ascii="Arial" w:hAnsi="Arial"/>
          <w:b/>
          <w:sz w:val="22"/>
          <w:color w:val="1B5E20"/>
        </w:rPr>
        <w:t>John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employment income</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serves as chief strategy and business development officer for Alliance 412</w:t>
            </w:r>
          </w:p>
        </w:tc>
        <w:tc>
          <w:tcPr>
            <w:tcW w:type="dxa" w:w="2736"/>
            <w:tcW w:w="1500" w:type="dxa"/>
            <w:shd w:val="clear" w:color="auto" w:fill="FFF7ED"/>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1" w:history="1">
              <w:r>
                <w:rPr>
                  <w:u w:val="single"/>
                  <w:color w:val="2E75B6"/>
                  <w:rFonts w:ascii="Arial" w:hAnsi="Arial"/>
                  <w:sz w:val="16"/>
                </w:rPr>
                <w:t>web_case_825_negative_001</w:t>
              </w:r>
            </w:hyperlink>
          </w:p>
        </w:tc>
      </w:tr>
      <w:tr>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i w:val="0"/>
                <w:sz w:val="17"/>
                <w:color w:val="1B3A6B"/>
              </w:rPr>
              <w:t>Income / Wealth Source</w:t>
            </w:r>
          </w:p>
        </w:tc>
        <w:tc>
          <w:tcPr>
            <w:tcW w:type="dxa" w:w="2736"/>
            <w:tcW w:w="28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val="0"/>
                <w:sz w:val="17"/>
                <w:color w:val="1A1A1A"/>
              </w:rPr>
              <w:t>scholarship offers</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person</w:t>
            </w:r>
          </w:p>
        </w:tc>
        <w:tc>
          <w:tcPr>
            <w:tcW w:type="dxa" w:w="2736"/>
            <w:tcW w:w="422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pPr>
              <w:jc w:val="left"/>
            </w:pPr>
            <w:r/>
            <w:r>
              <w:rPr>
                <w:rFonts w:ascii="Arial" w:hAnsi="Arial"/>
                <w:b w:val="0"/>
                <w:i/>
                <w:sz w:val="16"/>
                <w:color w:val="4A5568"/>
              </w:rPr>
              <w:t>scholarship offers from Boston College and Stanford</w:t>
            </w:r>
          </w:p>
        </w:tc>
        <w:tc>
          <w:tcPr>
            <w:tcW w:type="dxa" w:w="2736"/>
            <w:tcW w:w="1500" w:type="dxa"/>
            <w:shd w:val="clear" w:color="auto" w:fill="FFFFFF"/>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Pr>
          <w:p>
            <w:r/>
            <w:hyperlink r:id="rId17" w:history="1">
              <w:r>
                <w:rPr>
                  <w:u w:val="single"/>
                  <w:color w:val="2E75B6"/>
                  <w:rFonts w:ascii="Arial" w:hAnsi="Arial"/>
                  <w:sz w:val="16"/>
                </w:rPr>
                <w:t>web_case_825_004</w:t>
              </w:r>
            </w:hyperlink>
          </w:p>
        </w:tc>
      </w:tr>
    </w:tbl>
    <w:p/>
    <w:p>
      <w:pPr>
        <w:spacing w:before="130" w:after="30"/>
        <w:shd w:val="clear" w:color="auto" w:fill="FDE8E8"/>
        <w:ind w:left="120"/>
      </w:pPr>
      <w:r>
        <w:rPr>
          <w:rFonts w:ascii="Arial" w:hAnsi="Arial"/>
          <w:b/>
          <w:sz w:val="22"/>
          <w:color w:val="B71C1C"/>
        </w:rPr>
        <w:t xml:space="preserve">[A_3]  </w:t>
      </w:r>
      <w:r>
        <w:rPr>
          <w:rFonts w:ascii="Arial" w:hAnsi="Arial"/>
          <w:b/>
          <w:sz w:val="22"/>
          <w:color w:val="B71C1C"/>
        </w:rPr>
        <w:t>John Verbanac</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F3E8FF"/>
        <w:ind w:left="120"/>
      </w:pPr>
      <w:r>
        <w:rPr>
          <w:rFonts w:ascii="Arial" w:hAnsi="Arial"/>
          <w:b/>
          <w:sz w:val="22"/>
          <w:color w:val="4A148C"/>
        </w:rPr>
        <w:t xml:space="preserve">[A_4]  </w:t>
      </w:r>
      <w:r>
        <w:rPr>
          <w:rFonts w:ascii="Arial" w:hAnsi="Arial"/>
          <w:b/>
          <w:sz w:val="22"/>
          <w:color w:val="4A148C"/>
        </w:rPr>
        <w:t>Louis Cestello</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E0F7FA"/>
        <w:ind w:left="120"/>
      </w:pPr>
      <w:r>
        <w:rPr>
          <w:rFonts w:ascii="Arial" w:hAnsi="Arial"/>
          <w:b/>
          <w:sz w:val="22"/>
          <w:color w:val="006064"/>
        </w:rPr>
        <w:t xml:space="preserve">[A_5]  </w:t>
      </w:r>
      <w:r>
        <w:rPr>
          <w:rFonts w:ascii="Arial" w:hAnsi="Arial"/>
          <w:b/>
          <w:sz w:val="22"/>
          <w:color w:val="006064"/>
        </w:rPr>
        <w:t>Heather Lyke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FFF8E1"/>
        <w:ind w:left="120"/>
      </w:pPr>
      <w:r>
        <w:rPr>
          <w:rFonts w:ascii="Arial" w:hAnsi="Arial"/>
          <w:b/>
          <w:sz w:val="22"/>
          <w:color w:val="F57F17"/>
        </w:rPr>
        <w:t xml:space="preserve">[A_6]  </w:t>
      </w:r>
      <w:r>
        <w:rPr>
          <w:rFonts w:ascii="Arial" w:hAnsi="Arial"/>
          <w:b/>
          <w:sz w:val="22"/>
          <w:color w:val="F57F17"/>
        </w:rPr>
        <w:t>Robbie Luxbacher</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E8F4FF"/>
        <w:ind w:left="120"/>
      </w:pPr>
      <w:r>
        <w:rPr>
          <w:rFonts w:ascii="Arial" w:hAnsi="Arial"/>
          <w:b/>
          <w:sz w:val="22"/>
          <w:color w:val="0D47A1"/>
        </w:rPr>
        <w:t xml:space="preserve">[A_7]  </w:t>
      </w:r>
      <w:r>
        <w:rPr>
          <w:rFonts w:ascii="Arial" w:hAnsi="Arial"/>
          <w:b/>
          <w:sz w:val="22"/>
          <w:color w:val="0D47A1"/>
        </w:rPr>
        <w:t>Allen Greene</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FFF3E0"/>
        <w:ind w:left="120"/>
      </w:pPr>
      <w:r>
        <w:rPr>
          <w:rFonts w:ascii="Arial" w:hAnsi="Arial"/>
          <w:b/>
          <w:sz w:val="22"/>
          <w:color w:val="E65C00"/>
        </w:rPr>
        <w:t xml:space="preserve">[A_8]  </w:t>
      </w:r>
      <w:r>
        <w:rPr>
          <w:rFonts w:ascii="Arial" w:hAnsi="Arial"/>
          <w:b/>
          <w:sz w:val="22"/>
          <w:color w:val="E65C00"/>
        </w:rPr>
        <w:t>Joan Gabel</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30" w:after="30"/>
        <w:shd w:val="clear" w:color="auto" w:fill="E8F5E9"/>
        <w:ind w:left="120"/>
      </w:pPr>
      <w:r>
        <w:rPr>
          <w:rFonts w:ascii="Arial" w:hAnsi="Arial"/>
          <w:b/>
          <w:sz w:val="22"/>
          <w:color w:val="1B5E20"/>
        </w:rPr>
        <w:t xml:space="preserve">[A_9]  </w:t>
      </w:r>
      <w:r>
        <w:rPr>
          <w:rFonts w:ascii="Arial" w:hAnsi="Arial"/>
          <w:b/>
          <w:sz w:val="22"/>
          <w:color w:val="1B5E20"/>
        </w:rPr>
        <w:t>Jamie Pelusi</w:t>
      </w:r>
      <w:r>
        <w:rPr>
          <w:rFonts w:ascii="Arial" w:hAnsi="Arial"/>
          <w:i/>
          <w:sz w:val="18"/>
          <w:color w:val="4A5568"/>
        </w:rPr>
        <w:t xml:space="preserve">   Person</w:t>
      </w:r>
    </w:p>
    <w:tbl>
      <w:tblPr>
        <w:tblW w:type="auto" w:w="0"/>
        <w:jc w:val="center"/>
        <w:tblLook w:firstColumn="1" w:firstRow="1" w:lastColumn="0" w:lastRow="0" w:noHBand="0" w:noVBand="1" w:val="04A0"/>
        <w:tblW w:w="11520" w:type="dxa"/>
      </w:tblPr>
      <w:tblGrid>
        <w:gridCol w:w="2736"/>
        <w:gridCol w:w="2736"/>
        <w:gridCol w:w="2736"/>
        <w:gridCol w:w="2736"/>
        <w:gridCol w:w="2736"/>
      </w:tblGrid>
      <w:tr>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Attribute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2800" w:type="dxa"/>
          </w:tcPr>
          <w:p>
            <w:pPr>
              <w:jc w:val="left"/>
            </w:pPr>
            <w:r/>
            <w:r>
              <w:rPr>
                <w:rFonts w:ascii="Arial" w:hAnsi="Arial"/>
                <w:b/>
                <w:i w:val="0"/>
                <w:sz w:val="17"/>
                <w:color w:val="FFFFFF"/>
              </w:rPr>
              <w:t>Finding / Detail</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Classification</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4220" w:type="dxa"/>
          </w:tcPr>
          <w:p>
            <w:pPr>
              <w:jc w:val="left"/>
            </w:pPr>
            <w:r/>
            <w:r>
              <w:rPr>
                <w:rFonts w:ascii="Arial" w:hAnsi="Arial"/>
                <w:b/>
                <w:i w:val="0"/>
                <w:sz w:val="17"/>
                <w:color w:val="FFFFFF"/>
              </w:rPr>
              <w:t>Original Text Evidence</w:t>
            </w:r>
          </w:p>
        </w:tc>
        <w:tc>
          <w:tcPr>
            <w:tcW w:type="dxa" w:w="2736"/>
            <w:shd w:val="clear" w:color="auto" w:fill="C2610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vAlign w:val="center"/>
            <w:tcW w:w="1500" w:type="dxa"/>
          </w:tcPr>
          <w:p>
            <w:pPr>
              <w:jc w:val="left"/>
            </w:pPr>
            <w:r/>
            <w:r>
              <w:rPr>
                <w:rFonts w:ascii="Arial" w:hAnsi="Arial"/>
                <w:b/>
                <w:i w:val="0"/>
                <w:sz w:val="17"/>
                <w:color w:val="FFFFFF"/>
              </w:rPr>
              <w:t>Source ID</w:t>
            </w:r>
          </w:p>
        </w:tc>
      </w:tr>
      <w:tr>
        <w:tc>
          <w:tcPr>
            <w:tcW w:type="dxa" w:w="13680"/>
            <w:gridSpan w:val="5"/>
            <w:tcW w:w="1500" w:type="dxa"/>
            <w:tcW w:w="2800" w:type="dxa"/>
            <w:tcW w:w="1500" w:type="dxa"/>
            <w:tcW w:w="4220" w:type="dxa"/>
            <w:tcW w:w="1500" w:type="dxa"/>
            <w:shd w:val="clear" w:color="auto" w:fill="F5F7FA"/>
            <w:tcBorders>
              <w:top w:val="single" w:sz="4" w:space="0" w:color="D0D7E3"/>
              <w:left w:val="single" w:sz="4" w:space="0" w:color="D0D7E3"/>
              <w:bottom w:val="single" w:sz="4" w:space="0" w:color="D0D7E3"/>
              <w:right w:val="single" w:sz="4" w:space="0" w:color="D0D7E3"/>
            </w:tcBorders>
            <w:tcMar>
              <w:top w:w="70" w:type="dxa"/>
              <w:bottom w:w="70" w:type="dxa"/>
              <w:left w:w="100" w:type="dxa"/>
              <w:right w:w="100" w:type="dxa"/>
            </w:tcMar>
          </w:tcPr>
          <w:p>
            <w:pPr>
              <w:jc w:val="center"/>
            </w:pPr>
            <w:r/>
            <w:r>
              <w:rPr>
                <w:rFonts w:ascii="Arial" w:hAnsi="Arial"/>
                <w:i/>
                <w:sz w:val="17"/>
                <w:color w:val="4A5568"/>
              </w:rPr>
              <w:t>No wealth or ownership data identified</w:t>
            </w:r>
          </w:p>
        </w:tc>
      </w:tr>
    </w:tbl>
    <w:p/>
    <w:p>
      <w:pPr>
        <w:spacing w:before="180" w:after="30"/>
      </w:pPr>
      <w:r>
        <w:rPr>
          <w:rFonts w:ascii="Arial" w:hAnsi="Arial"/>
          <w:b/>
          <w:sz w:val="17"/>
          <w:color w:val="4A5568"/>
        </w:rPr>
        <w:t>Disclaimer</w:t>
      </w:r>
    </w:p>
    <w:p>
      <w:pPr>
        <w:spacing w:before="0" w:after="0"/>
        <w:jc w:val="left"/>
      </w:pPr>
      <w:r>
        <w:rPr>
          <w:rFonts w:ascii="Arial" w:hAnsi="Arial"/>
          <w:b w:val="0"/>
          <w:i/>
          <w:sz w:val="15"/>
          <w:color w:val="4A5568"/>
        </w:rPr>
        <w:t>Generated by Beaver.AI using publicly available internet sources. Source IDs in the last column are clickable hyperlinks — click to open the original web source in your browser. Original Text Evidence is the verbatim or near-verbatim excerpt from the source. This document is strictly confidential and for internal compliance use only. All findings require independent verification before use in legal proceedings.</w:t>
      </w:r>
    </w:p>
    <w:sectPr w:rsidR="00FC693F" w:rsidRPr="0006063C" w:rsidSect="00034616">
      <w:pgSz w:w="15840" w:h="122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utimes.pitt.edu/news/emeritus-trustee-sues" TargetMode="External"/><Relationship Id="rId10" Type="http://schemas.openxmlformats.org/officeDocument/2006/relationships/hyperlink" Target="https://www.menstoppingviolence.org/people/john-pelusi/" TargetMode="External"/><Relationship Id="rId11" Type="http://schemas.openxmlformats.org/officeDocument/2006/relationships/hyperlink" Target="http://www.post-gazette.com/news/education/2024/12/18/pitt-emeritus-trustee-sues-board/stories/202412180108" TargetMode="External"/><Relationship Id="rId12" Type="http://schemas.openxmlformats.org/officeDocument/2006/relationships/hyperlink" Target="https://pittsburghpanthers.com/news/2020/8/10/general-pelusi-family-extends-philanthropy-at-pitt-through-gift-to-life-skills" TargetMode="External"/><Relationship Id="rId13" Type="http://schemas.openxmlformats.org/officeDocument/2006/relationships/hyperlink" Target="https://www.utimes.pitt.edu/news/pelusi-s-privileges" TargetMode="External"/><Relationship Id="rId14" Type="http://schemas.openxmlformats.org/officeDocument/2006/relationships/hyperlink" Target="https://pittsburghpanthers.com/sports/football/roster/john-pelusi/1883" TargetMode="External"/><Relationship Id="rId15" Type="http://schemas.openxmlformats.org/officeDocument/2006/relationships/hyperlink" Target="https://www.wtae.com/article/pitt-lawsuit-trustees/63218056" TargetMode="External"/><Relationship Id="rId16" Type="http://schemas.openxmlformats.org/officeDocument/2006/relationships/hyperlink" Target="https://www.utimes.pitt.edu/news/responding-lawsuit-pitt" TargetMode="External"/><Relationship Id="rId17" Type="http://schemas.openxmlformats.org/officeDocument/2006/relationships/hyperlink" Target="https://pittnews.com/article/31372/archives/pelusi-family-making-its-mark-at-pitt/" TargetMode="External"/><Relationship Id="rId18" Type="http://schemas.openxmlformats.org/officeDocument/2006/relationships/hyperlink" Target="https://archive.triblive.com/local/former-pitt-trustee-sues-board-alleges-retaliation/" TargetMode="External"/><Relationship Id="rId19" Type="http://schemas.openxmlformats.org/officeDocument/2006/relationships/hyperlink" Target="https://pittnews.com/article/194062/top-stories/emeritus-board-of-trustees-member-settles-civil-suit-against-board/" TargetMode="External"/><Relationship Id="rId20" Type="http://schemas.openxmlformats.org/officeDocument/2006/relationships/hyperlink" Target="http://www.post-gazette.com/news/education/2024/12/26/university-of-pittsburgh-lawsuit-heather-lyke-nil/stories/2024122600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